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958DD" w:rsidP="1250BA89" w:rsidRDefault="00000000" w14:paraId="3493F5CA" w14:textId="77777777">
      <w:pPr>
        <w:jc w:val="center"/>
        <w:rPr>
          <w:noProof w:val="0"/>
          <w:lang w:val="pl-PL"/>
        </w:rPr>
      </w:pPr>
      <w:r w:rsidR="261289B9">
        <w:drawing>
          <wp:inline wp14:editId="1F0D1E18" wp14:anchorId="40357508">
            <wp:extent cx="6120000" cy="1602042"/>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4_cropped.png"/>
                    <pic:cNvPicPr/>
                  </pic:nvPicPr>
                  <pic:blipFill>
                    <a:blip xmlns:r="http://schemas.openxmlformats.org/officeDocument/2006/relationships" r:embed="rId8"/>
                    <a:srcRect l="0" t="0" r="0" b="63076"/>
                    <a:stretch>
                      <a:fillRect/>
                    </a:stretch>
                  </pic:blipFill>
                  <pic:spPr>
                    <a:xfrm rot="0">
                      <a:off x="0" y="0"/>
                      <a:ext cx="6120000" cy="1602042"/>
                    </a:xfrm>
                    <a:prstGeom prst="rect">
                      <a:avLst/>
                    </a:prstGeom>
                  </pic:spPr>
                </pic:pic>
              </a:graphicData>
            </a:graphic>
          </wp:inline>
        </w:drawing>
      </w:r>
    </w:p>
    <w:p w:rsidR="000958DD" w:rsidP="1250BA89" w:rsidRDefault="00000000" w14:paraId="302693B7" w14:textId="77777777">
      <w:pPr>
        <w:pStyle w:val="Nagwek1"/>
        <w:jc w:val="center"/>
        <w:rPr>
          <w:noProof w:val="0"/>
          <w:sz w:val="72"/>
          <w:szCs w:val="72"/>
          <w:lang w:val="pl-PL"/>
        </w:rPr>
      </w:pPr>
      <w:r w:rsidRPr="1250BA89" w:rsidR="261289B9">
        <w:rPr>
          <w:noProof w:val="0"/>
          <w:sz w:val="72"/>
          <w:szCs w:val="72"/>
          <w:lang w:val="pl-PL"/>
        </w:rPr>
        <w:t>REGULAMIN ZAWODÓW</w:t>
      </w:r>
    </w:p>
    <w:p w:rsidR="000958DD" w:rsidP="1250BA89" w:rsidRDefault="00000000" w14:paraId="52FDA54D" w14:textId="77777777">
      <w:pPr>
        <w:jc w:val="center"/>
        <w:rPr>
          <w:b w:val="1"/>
          <w:bCs w:val="1"/>
          <w:noProof w:val="0"/>
          <w:sz w:val="40"/>
          <w:szCs w:val="40"/>
          <w:lang w:val="pl-PL"/>
        </w:rPr>
      </w:pPr>
      <w:r w:rsidRPr="1250BA89" w:rsidR="261289B9">
        <w:rPr>
          <w:b w:val="1"/>
          <w:bCs w:val="1"/>
          <w:noProof w:val="0"/>
          <w:sz w:val="40"/>
          <w:szCs w:val="40"/>
          <w:lang w:val="pl-PL"/>
        </w:rPr>
        <w:t>RK Athletics CUP – Wawerski cykl lekkoatletyczny – czwórbój lekkoatletyczny</w:t>
      </w:r>
    </w:p>
    <w:p w:rsidR="000958DD" w:rsidP="1250BA89" w:rsidRDefault="00000000" w14:paraId="67BB624C" w14:textId="77777777">
      <w:pPr>
        <w:pStyle w:val="Nagwek1"/>
        <w:rPr>
          <w:noProof w:val="0"/>
          <w:lang w:val="pl-PL"/>
        </w:rPr>
      </w:pPr>
      <w:r w:rsidRPr="1250BA89" w:rsidR="261289B9">
        <w:rPr>
          <w:noProof w:val="0"/>
          <w:lang w:val="pl-PL"/>
        </w:rPr>
        <w:t>I. Postanowienia ogólne</w:t>
      </w:r>
    </w:p>
    <w:p w:rsidR="000958DD" w:rsidP="1250BA89" w:rsidRDefault="00000000" w14:paraId="1AB6E9F5" w14:textId="77777777">
      <w:pPr>
        <w:rPr>
          <w:noProof w:val="0"/>
          <w:lang w:val="pl-PL"/>
        </w:rPr>
      </w:pPr>
      <w:r w:rsidRPr="1250BA89" w:rsidR="261289B9">
        <w:rPr>
          <w:b w:val="1"/>
          <w:bCs w:val="1"/>
          <w:noProof w:val="0"/>
          <w:lang w:val="pl-PL"/>
        </w:rPr>
        <w:t xml:space="preserve">1. Termin: </w:t>
      </w:r>
      <w:r w:rsidRPr="1250BA89" w:rsidR="261289B9">
        <w:rPr>
          <w:noProof w:val="0"/>
          <w:lang w:val="pl-PL"/>
        </w:rPr>
        <w:t>26 września 2026 r. (sobota), start godz. 11:00.</w:t>
      </w:r>
    </w:p>
    <w:p w:rsidR="000958DD" w:rsidP="1250BA89" w:rsidRDefault="00000000" w14:paraId="763A2881" w14:textId="77777777">
      <w:pPr>
        <w:rPr>
          <w:noProof w:val="0"/>
          <w:lang w:val="pl-PL"/>
        </w:rPr>
      </w:pPr>
      <w:r w:rsidRPr="1250BA89" w:rsidR="261289B9">
        <w:rPr>
          <w:b w:val="1"/>
          <w:bCs w:val="1"/>
          <w:noProof w:val="0"/>
          <w:lang w:val="pl-PL"/>
        </w:rPr>
        <w:t xml:space="preserve">2. Miejsce: </w:t>
      </w:r>
      <w:r w:rsidRPr="1250BA89" w:rsidR="261289B9">
        <w:rPr>
          <w:noProof w:val="0"/>
          <w:lang w:val="pl-PL"/>
        </w:rPr>
        <w:t>Obiekt sportowy „Syrenka”, ul. Starego Doktora 1 w Warszawie.</w:t>
      </w:r>
    </w:p>
    <w:p w:rsidR="000958DD" w:rsidP="1250BA89" w:rsidRDefault="00000000" w14:paraId="3030C829" w14:textId="77777777">
      <w:pPr>
        <w:rPr>
          <w:noProof w:val="0"/>
          <w:lang w:val="pl-PL"/>
        </w:rPr>
      </w:pPr>
      <w:r w:rsidRPr="1250BA89" w:rsidR="261289B9">
        <w:rPr>
          <w:b w:val="1"/>
          <w:bCs w:val="1"/>
          <w:noProof w:val="0"/>
          <w:lang w:val="pl-PL"/>
        </w:rPr>
        <w:t xml:space="preserve">3. Organizatorzy: </w:t>
      </w:r>
      <w:r w:rsidRPr="1250BA89" w:rsidR="261289B9">
        <w:rPr>
          <w:noProof w:val="0"/>
          <w:lang w:val="pl-PL"/>
        </w:rPr>
        <w:t>Fundacja Roberta Korzeniowskiego, Klub Sportowy RK Athletics oraz OSiR Wawer (dalej łącznie: „Organizator”).</w:t>
      </w:r>
    </w:p>
    <w:p w:rsidR="000958DD" w:rsidP="1250BA89" w:rsidRDefault="00000000" w14:paraId="5A7BAAEE" w14:textId="2F33153D">
      <w:pPr>
        <w:rPr>
          <w:noProof w:val="0"/>
          <w:lang w:val="pl-PL"/>
        </w:rPr>
      </w:pPr>
      <w:r w:rsidRPr="1250BA89" w:rsidR="261289B9">
        <w:rPr>
          <w:b w:val="1"/>
          <w:bCs w:val="1"/>
          <w:noProof w:val="0"/>
          <w:lang w:val="pl-PL"/>
        </w:rPr>
        <w:t xml:space="preserve">4. Zlecający / Partner </w:t>
      </w:r>
      <w:r w:rsidRPr="1250BA89" w:rsidR="261289B9">
        <w:rPr>
          <w:b w:val="1"/>
          <w:bCs w:val="1"/>
          <w:noProof w:val="0"/>
          <w:lang w:val="pl-PL"/>
        </w:rPr>
        <w:t>wydarzenia</w:t>
      </w:r>
      <w:r w:rsidRPr="1250BA89" w:rsidR="261289B9">
        <w:rPr>
          <w:b w:val="1"/>
          <w:bCs w:val="1"/>
          <w:noProof w:val="0"/>
          <w:lang w:val="pl-PL"/>
        </w:rPr>
        <w:t xml:space="preserve">: </w:t>
      </w:r>
      <w:r w:rsidRPr="1250BA89" w:rsidR="4FF3F24D">
        <w:rPr>
          <w:noProof w:val="0"/>
          <w:lang w:val="pl-PL"/>
        </w:rPr>
        <w:t>Ośrodek</w:t>
      </w:r>
      <w:r w:rsidRPr="1250BA89" w:rsidR="4FF3F24D">
        <w:rPr>
          <w:noProof w:val="0"/>
          <w:lang w:val="pl-PL"/>
        </w:rPr>
        <w:t xml:space="preserve"> </w:t>
      </w:r>
      <w:r w:rsidRPr="1250BA89" w:rsidR="4FF3F24D">
        <w:rPr>
          <w:noProof w:val="0"/>
          <w:lang w:val="pl-PL"/>
        </w:rPr>
        <w:t>Sportu</w:t>
      </w:r>
      <w:r w:rsidRPr="1250BA89" w:rsidR="4FF3F24D">
        <w:rPr>
          <w:noProof w:val="0"/>
          <w:lang w:val="pl-PL"/>
        </w:rPr>
        <w:t xml:space="preserve"> </w:t>
      </w:r>
      <w:r w:rsidRPr="1250BA89" w:rsidR="4FF3F24D">
        <w:rPr>
          <w:noProof w:val="0"/>
          <w:lang w:val="pl-PL"/>
        </w:rPr>
        <w:t>i</w:t>
      </w:r>
      <w:r w:rsidRPr="1250BA89" w:rsidR="4FF3F24D">
        <w:rPr>
          <w:noProof w:val="0"/>
          <w:lang w:val="pl-PL"/>
        </w:rPr>
        <w:t xml:space="preserve"> </w:t>
      </w:r>
      <w:r w:rsidRPr="1250BA89" w:rsidR="4FF3F24D">
        <w:rPr>
          <w:noProof w:val="0"/>
          <w:lang w:val="pl-PL"/>
        </w:rPr>
        <w:t>Rekreacji</w:t>
      </w:r>
      <w:r w:rsidRPr="1250BA89" w:rsidR="4FF3F24D">
        <w:rPr>
          <w:noProof w:val="0"/>
          <w:lang w:val="pl-PL"/>
        </w:rPr>
        <w:t xml:space="preserve"> m.st. Wawer w Dzielnicy Wawer, z </w:t>
      </w:r>
      <w:r w:rsidRPr="1250BA89" w:rsidR="4FF3F24D">
        <w:rPr>
          <w:noProof w:val="0"/>
          <w:lang w:val="pl-PL"/>
        </w:rPr>
        <w:t>siedzibą</w:t>
      </w:r>
      <w:r w:rsidRPr="1250BA89" w:rsidR="4FF3F24D">
        <w:rPr>
          <w:noProof w:val="0"/>
          <w:lang w:val="pl-PL"/>
        </w:rPr>
        <w:t xml:space="preserve"> </w:t>
      </w:r>
      <w:r w:rsidRPr="1250BA89" w:rsidR="4FF3F24D">
        <w:rPr>
          <w:noProof w:val="0"/>
          <w:lang w:val="pl-PL"/>
        </w:rPr>
        <w:t>przy</w:t>
      </w:r>
      <w:r w:rsidRPr="1250BA89" w:rsidR="4FF3F24D">
        <w:rPr>
          <w:noProof w:val="0"/>
          <w:lang w:val="pl-PL"/>
        </w:rPr>
        <w:t xml:space="preserve"> ul. V </w:t>
      </w:r>
      <w:r w:rsidRPr="1250BA89" w:rsidR="4FF3F24D">
        <w:rPr>
          <w:noProof w:val="0"/>
          <w:lang w:val="pl-PL"/>
        </w:rPr>
        <w:t>Poprzecznej</w:t>
      </w:r>
      <w:r w:rsidRPr="1250BA89" w:rsidR="4FF3F24D">
        <w:rPr>
          <w:noProof w:val="0"/>
          <w:lang w:val="pl-PL"/>
        </w:rPr>
        <w:t xml:space="preserve"> 22</w:t>
      </w:r>
      <w:r w:rsidRPr="1250BA89" w:rsidR="392666BC">
        <w:rPr>
          <w:noProof w:val="0"/>
          <w:lang w:val="pl-PL"/>
        </w:rPr>
        <w:t>, 04-611 Warszawa</w:t>
      </w:r>
      <w:r w:rsidRPr="1250BA89" w:rsidR="4FF3F24D">
        <w:rPr>
          <w:noProof w:val="0"/>
          <w:lang w:val="pl-PL"/>
        </w:rPr>
        <w:t>, NIP 9522092388</w:t>
      </w:r>
      <w:r w:rsidRPr="1250BA89" w:rsidR="261289B9">
        <w:rPr>
          <w:noProof w:val="0"/>
          <w:lang w:val="pl-PL"/>
        </w:rPr>
        <w:t xml:space="preserve"> (</w:t>
      </w:r>
      <w:r w:rsidRPr="1250BA89" w:rsidR="261289B9">
        <w:rPr>
          <w:noProof w:val="0"/>
          <w:lang w:val="pl-PL"/>
        </w:rPr>
        <w:t>dalej</w:t>
      </w:r>
      <w:r w:rsidRPr="1250BA89" w:rsidR="261289B9">
        <w:rPr>
          <w:noProof w:val="0"/>
          <w:lang w:val="pl-PL"/>
        </w:rPr>
        <w:t>: „</w:t>
      </w:r>
      <w:r w:rsidRPr="1250BA89" w:rsidR="261289B9">
        <w:rPr>
          <w:noProof w:val="0"/>
          <w:lang w:val="pl-PL"/>
        </w:rPr>
        <w:t>Zlecający</w:t>
      </w:r>
      <w:r w:rsidRPr="1250BA89" w:rsidR="261289B9">
        <w:rPr>
          <w:noProof w:val="0"/>
          <w:lang w:val="pl-PL"/>
        </w:rPr>
        <w:t>”).</w:t>
      </w:r>
    </w:p>
    <w:p w:rsidR="000958DD" w:rsidP="1250BA89" w:rsidRDefault="00000000" w14:paraId="555944BA" w14:textId="77777777">
      <w:pPr>
        <w:rPr>
          <w:noProof w:val="0"/>
          <w:lang w:val="pl-PL"/>
        </w:rPr>
      </w:pPr>
      <w:r w:rsidRPr="1250BA89" w:rsidR="261289B9">
        <w:rPr>
          <w:noProof w:val="0"/>
          <w:lang w:val="pl-PL"/>
        </w:rPr>
        <w:t>5. Regulamin określa zasady udziału w zawodach, zasady bezpieczeństwa, organizacji zawodów, przetwarzania danych osobowych oraz utrwalania i rozpowszechniania wizerunku uczestników i innych osób obecnych podczas wydarzenia.</w:t>
      </w:r>
    </w:p>
    <w:p w:rsidR="000958DD" w:rsidP="1250BA89" w:rsidRDefault="00000000" w14:paraId="5CAE6C5C" w14:textId="77777777">
      <w:pPr>
        <w:rPr>
          <w:noProof w:val="0"/>
          <w:lang w:val="pl-PL"/>
        </w:rPr>
      </w:pPr>
      <w:r w:rsidRPr="1250BA89" w:rsidR="261289B9">
        <w:rPr>
          <w:noProof w:val="0"/>
          <w:lang w:val="pl-PL"/>
        </w:rPr>
        <w:t>6. Regulamin jest dostępny na stronie internetowej Organizatora oraz w biurze zawodów w dniu wydarzenia. Zgłoszenie uczestnika do zawodów oznacza potwierdzenie zapoznania się z Regulaminem i akceptację jego postanowień dotyczących udziału w zawodach. Akceptacja Regulaminu nie jest równoznaczna z udzieleniem zgody na rozpowszechnianie indywidualnego wizerunku uczestnika w zakresie, w którym przepisy prawa wymagają odrębnego zezwolenia lub zgody.</w:t>
      </w:r>
    </w:p>
    <w:p w:rsidR="000958DD" w:rsidP="1250BA89" w:rsidRDefault="00000000" w14:paraId="2A7FE8A1" w14:textId="77777777">
      <w:pPr>
        <w:pStyle w:val="Nagwek1"/>
        <w:rPr>
          <w:noProof w:val="0"/>
          <w:lang w:val="pl-PL"/>
        </w:rPr>
      </w:pPr>
      <w:r w:rsidRPr="1250BA89" w:rsidR="261289B9">
        <w:rPr>
          <w:noProof w:val="0"/>
          <w:lang w:val="pl-PL"/>
        </w:rPr>
        <w:t>II. Konkurencje</w:t>
      </w:r>
    </w:p>
    <w:p w:rsidR="000958DD" w:rsidP="5C4814CB" w:rsidRDefault="00000000" w14:paraId="080C2EDA" w14:textId="77777777">
      <w:pPr>
        <w:pStyle w:val="Listapunktowana"/>
        <w:ind w:left="450"/>
        <w:rPr>
          <w:noProof w:val="0"/>
          <w:lang w:val="pl-PL"/>
        </w:rPr>
      </w:pPr>
      <w:r w:rsidRPr="5C4814CB" w:rsidR="1E197D94">
        <w:rPr>
          <w:noProof w:val="0"/>
          <w:lang w:val="pl-PL"/>
        </w:rPr>
        <w:t>50 m</w:t>
      </w:r>
    </w:p>
    <w:p w:rsidR="000958DD" w:rsidP="5C4814CB" w:rsidRDefault="00000000" w14:paraId="566E03D0" w14:textId="77777777">
      <w:pPr>
        <w:pStyle w:val="Listapunktowana"/>
        <w:ind w:left="450"/>
        <w:rPr>
          <w:noProof w:val="0"/>
          <w:lang w:val="pl-PL"/>
        </w:rPr>
      </w:pPr>
      <w:r w:rsidRPr="5C4814CB" w:rsidR="1E197D94">
        <w:rPr>
          <w:noProof w:val="0"/>
          <w:lang w:val="pl-PL"/>
        </w:rPr>
        <w:t>skok w dal ze strefy</w:t>
      </w:r>
    </w:p>
    <w:p w:rsidR="000958DD" w:rsidP="5C4814CB" w:rsidRDefault="00000000" w14:paraId="55951941" w14:textId="3D822425">
      <w:pPr>
        <w:pStyle w:val="Listapunktowana"/>
        <w:ind w:left="450"/>
        <w:rPr>
          <w:noProof w:val="0"/>
          <w:lang w:val="pl-PL"/>
        </w:rPr>
      </w:pPr>
      <w:r w:rsidRPr="5C4814CB" w:rsidR="1E197D94">
        <w:rPr>
          <w:noProof w:val="0"/>
          <w:lang w:val="pl-PL"/>
        </w:rPr>
        <w:t>200 m – rocznik 201</w:t>
      </w:r>
      <w:r w:rsidRPr="5C4814CB" w:rsidR="7FDFDDD4">
        <w:rPr>
          <w:noProof w:val="0"/>
          <w:lang w:val="pl-PL"/>
        </w:rPr>
        <w:t>8</w:t>
      </w:r>
      <w:r w:rsidRPr="5C4814CB" w:rsidR="1E197D94">
        <w:rPr>
          <w:noProof w:val="0"/>
          <w:lang w:val="pl-PL"/>
        </w:rPr>
        <w:t xml:space="preserve"> i młodsi</w:t>
      </w:r>
    </w:p>
    <w:p w:rsidR="000958DD" w:rsidP="5C4814CB" w:rsidRDefault="00000000" w14:paraId="53F6B285" w14:textId="7973BF84">
      <w:pPr>
        <w:pStyle w:val="Listapunktowana"/>
        <w:ind w:left="450"/>
        <w:rPr>
          <w:noProof w:val="0"/>
          <w:lang w:val="pl-PL"/>
        </w:rPr>
      </w:pPr>
      <w:r w:rsidRPr="5C4814CB" w:rsidR="1E197D94">
        <w:rPr>
          <w:noProof w:val="0"/>
          <w:lang w:val="pl-PL"/>
        </w:rPr>
        <w:t>300 m – rocznik 201</w:t>
      </w:r>
      <w:r w:rsidRPr="5C4814CB" w:rsidR="20A25A46">
        <w:rPr>
          <w:noProof w:val="0"/>
          <w:lang w:val="pl-PL"/>
        </w:rPr>
        <w:t>7</w:t>
      </w:r>
      <w:r w:rsidRPr="5C4814CB" w:rsidR="1E197D94">
        <w:rPr>
          <w:noProof w:val="0"/>
          <w:lang w:val="pl-PL"/>
        </w:rPr>
        <w:t xml:space="preserve"> i starsi</w:t>
      </w:r>
    </w:p>
    <w:p w:rsidR="000958DD" w:rsidP="5C4814CB" w:rsidRDefault="00000000" w14:paraId="3A2B8556" w14:textId="77777777">
      <w:pPr>
        <w:pStyle w:val="Listapunktowana"/>
        <w:ind w:left="450"/>
        <w:rPr>
          <w:noProof w:val="0"/>
          <w:lang w:val="pl-PL"/>
        </w:rPr>
      </w:pPr>
      <w:r w:rsidRPr="5C4814CB" w:rsidR="1E197D94">
        <w:rPr>
          <w:noProof w:val="0"/>
          <w:lang w:val="pl-PL"/>
        </w:rPr>
        <w:t>piłeczka palantowa</w:t>
      </w:r>
    </w:p>
    <w:p w:rsidR="000958DD" w:rsidP="1250BA89" w:rsidRDefault="00000000" w14:paraId="32A71919" w14:textId="77777777">
      <w:pPr>
        <w:rPr>
          <w:noProof w:val="0"/>
          <w:lang w:val="pl-PL"/>
        </w:rPr>
      </w:pPr>
      <w:r w:rsidRPr="1250BA89" w:rsidR="261289B9">
        <w:rPr>
          <w:noProof w:val="0"/>
          <w:lang w:val="pl-PL"/>
        </w:rPr>
        <w:t>Szczegółowy przydział konkurencji do kategorii wiekowych wynika z programu zawodów. Przydział do serii odbywa się na podstawie wieku uczestników.</w:t>
      </w:r>
    </w:p>
    <w:p w:rsidR="000958DD" w:rsidP="1250BA89" w:rsidRDefault="00000000" w14:paraId="4F7A9A4A" w14:textId="77777777">
      <w:pPr>
        <w:pStyle w:val="Nagwek1"/>
        <w:rPr>
          <w:noProof w:val="0"/>
          <w:lang w:val="pl-PL"/>
        </w:rPr>
      </w:pPr>
      <w:r w:rsidRPr="1250BA89" w:rsidR="261289B9">
        <w:rPr>
          <w:noProof w:val="0"/>
          <w:lang w:val="pl-PL"/>
        </w:rPr>
        <w:t>III. Warunki uczestnictwa</w:t>
      </w:r>
    </w:p>
    <w:p w:rsidR="000958DD" w:rsidP="1250BA89" w:rsidRDefault="00000000" w14:paraId="2D7DEA4B" w14:textId="77777777">
      <w:pPr>
        <w:rPr>
          <w:noProof w:val="0"/>
          <w:lang w:val="pl-PL"/>
        </w:rPr>
      </w:pPr>
      <w:r w:rsidRPr="1250BA89" w:rsidR="261289B9">
        <w:rPr>
          <w:noProof w:val="0"/>
          <w:lang w:val="pl-PL"/>
        </w:rPr>
        <w:t>1. Do udziału w zawodach uprawnieni są zawodnicy i zawodniczki urodzeni w 2019 roku i starsi, posiadający licencję Polskiego Związku Lekkiej Atletyki, uczestnicy zgłoszeni przez nauczycieli szkolnych oraz zawodnicy amatorzy nieposiadający licencji, zgłoszeni w terminie przez formularz online.</w:t>
      </w:r>
    </w:p>
    <w:p w:rsidR="000958DD" w:rsidP="1250BA89" w:rsidRDefault="00000000" w14:paraId="5291F7D1" w14:textId="77777777">
      <w:pPr>
        <w:rPr>
          <w:noProof w:val="0"/>
          <w:lang w:val="pl-PL"/>
        </w:rPr>
      </w:pPr>
      <w:r w:rsidRPr="1250BA89" w:rsidR="261289B9">
        <w:rPr>
          <w:noProof w:val="0"/>
          <w:lang w:val="pl-PL"/>
        </w:rPr>
        <w:t>2. Uczestnik może wziąć udział w zawodach wyłącznie wtedy, gdy jego stan zdrowia pozwala na bezpieczny udział w wysiłku fizycznym. W przypadku osoby małoletniej potwierdzenia w tym zakresie dokonuje rodzic lub opiekun prawny.</w:t>
      </w:r>
    </w:p>
    <w:p w:rsidR="000958DD" w:rsidP="1250BA89" w:rsidRDefault="00000000" w14:paraId="44DCEC16" w14:textId="77777777">
      <w:pPr>
        <w:rPr>
          <w:noProof w:val="0"/>
          <w:lang w:val="pl-PL"/>
        </w:rPr>
      </w:pPr>
      <w:r w:rsidRPr="1250BA89" w:rsidR="261289B9">
        <w:rPr>
          <w:noProof w:val="0"/>
          <w:lang w:val="pl-PL"/>
        </w:rPr>
        <w:t>3. Warunkiem udziału osoby małoletniej jest zgoda jej rodzica lub opiekuna prawnego na udział w zawodach. Organizator może wymagać złożenia takiej zgody w formularzu zgłoszeniowym albo w formie pisemnej przy odbiorze numeru startowego.</w:t>
      </w:r>
    </w:p>
    <w:p w:rsidR="000958DD" w:rsidP="1250BA89" w:rsidRDefault="00000000" w14:paraId="6A59D5B1" w14:textId="77777777">
      <w:pPr>
        <w:rPr>
          <w:noProof w:val="0"/>
          <w:lang w:val="pl-PL"/>
        </w:rPr>
      </w:pPr>
      <w:r w:rsidRPr="1250BA89" w:rsidR="261289B9">
        <w:rPr>
          <w:noProof w:val="0"/>
          <w:lang w:val="pl-PL"/>
        </w:rPr>
        <w:t>4. Rodzic, opiekun prawny, nauczyciel albo inny uprawniony opiekun grupy odpowiada za nadzór nad osobą małoletnią poza strefą bezpośredniego prowadzenia konkurencji sportowej i zobowiązuje się do stosowania do poleceń Organizatora oraz obsługi obiektu.</w:t>
      </w:r>
    </w:p>
    <w:p w:rsidR="000958DD" w:rsidP="1250BA89" w:rsidRDefault="00000000" w14:paraId="1367CF01" w14:textId="77777777">
      <w:pPr>
        <w:rPr>
          <w:noProof w:val="0"/>
          <w:lang w:val="pl-PL"/>
        </w:rPr>
      </w:pPr>
      <w:r w:rsidRPr="1250BA89" w:rsidR="261289B9">
        <w:rPr>
          <w:noProof w:val="0"/>
          <w:lang w:val="pl-PL"/>
        </w:rPr>
        <w:t>5. Uczestnicy są zobowiązani do przestrzegania zasad bezpieczeństwa, poleceń sędziów, personelu medycznego, Organizatora oraz regulaminu obiektu. Organizator może odmówić dopuszczenia do startu albo przerwać udział osoby, której zachowanie stwarza zagrożenie dla niej samej lub innych osób.</w:t>
      </w:r>
    </w:p>
    <w:p w:rsidR="000958DD" w:rsidP="1250BA89" w:rsidRDefault="00000000" w14:paraId="107D1BD4" w14:textId="77777777">
      <w:pPr>
        <w:pStyle w:val="Nagwek1"/>
        <w:rPr>
          <w:noProof w:val="0"/>
          <w:lang w:val="pl-PL"/>
        </w:rPr>
      </w:pPr>
      <w:r w:rsidRPr="1250BA89" w:rsidR="261289B9">
        <w:rPr>
          <w:noProof w:val="0"/>
          <w:lang w:val="pl-PL"/>
        </w:rPr>
        <w:t>IV. Limit i zgłoszenia</w:t>
      </w:r>
    </w:p>
    <w:p w:rsidR="000958DD" w:rsidP="1250BA89" w:rsidRDefault="00000000" w14:paraId="2AA14BEA" w14:textId="77777777">
      <w:pPr>
        <w:rPr>
          <w:noProof w:val="0"/>
          <w:lang w:val="pl-PL"/>
        </w:rPr>
      </w:pPr>
      <w:r w:rsidRPr="1250BA89" w:rsidR="261289B9">
        <w:rPr>
          <w:noProof w:val="0"/>
          <w:lang w:val="pl-PL"/>
        </w:rPr>
        <w:t>1. Obowiązuje limit 300 uczestników. O zakwalifikowaniu decyduje kolejność prawidłowych zgłoszeń („kto pierwszy, ten lepszy”).</w:t>
      </w:r>
    </w:p>
    <w:p w:rsidR="000958DD" w:rsidP="5C4814CB" w:rsidRDefault="00000000" w14:paraId="08EA16D2" w14:textId="2E26F489">
      <w:pPr>
        <w:pStyle w:val="Normalny"/>
        <w:suppressLineNumbers w:val="0"/>
        <w:bidi w:val="0"/>
        <w:spacing w:before="0" w:beforeAutospacing="off" w:after="100" w:afterAutospacing="off" w:line="276" w:lineRule="auto"/>
        <w:ind w:left="0" w:right="0"/>
        <w:jc w:val="left"/>
        <w:rPr>
          <w:noProof w:val="0"/>
          <w:lang w:val="pl-PL"/>
        </w:rPr>
      </w:pPr>
      <w:r w:rsidRPr="5C4814CB" w:rsidR="1E197D94">
        <w:rPr>
          <w:noProof w:val="0"/>
          <w:lang w:val="pl-PL"/>
        </w:rPr>
        <w:t xml:space="preserve">2. Zgłoszeń dokonuje się </w:t>
      </w:r>
      <w:r w:rsidRPr="5C4814CB" w:rsidR="52D9BF1D">
        <w:rPr>
          <w:noProof w:val="0"/>
          <w:lang w:val="pl-PL"/>
        </w:rPr>
        <w:t xml:space="preserve">bezpośrednio </w:t>
      </w:r>
      <w:r w:rsidRPr="5C4814CB" w:rsidR="1E197D94">
        <w:rPr>
          <w:noProof w:val="0"/>
          <w:lang w:val="pl-PL"/>
        </w:rPr>
        <w:t xml:space="preserve">przez link zapisowy dostępny </w:t>
      </w:r>
      <w:hyperlink r:id="R7805426c9c2a4cb3">
        <w:r w:rsidRPr="5C4814CB" w:rsidR="5B716877">
          <w:rPr>
            <w:rStyle w:val="Hipercze"/>
            <w:noProof w:val="0"/>
            <w:lang w:val="pl-PL"/>
          </w:rPr>
          <w:t>https://meets.rosterathletics.com/public/competitions/details/registration?id=29845</w:t>
        </w:r>
      </w:hyperlink>
      <w:r w:rsidRPr="5C4814CB" w:rsidR="5B716877">
        <w:rPr>
          <w:noProof w:val="0"/>
          <w:lang w:val="pl-PL"/>
        </w:rPr>
        <w:t xml:space="preserve"> lub</w:t>
      </w:r>
      <w:r w:rsidRPr="5C4814CB" w:rsidR="5945B8A3">
        <w:rPr>
          <w:noProof w:val="0"/>
          <w:lang w:val="pl-PL"/>
        </w:rPr>
        <w:t xml:space="preserve"> </w:t>
      </w:r>
      <w:r w:rsidRPr="5C4814CB" w:rsidR="1E197D94">
        <w:rPr>
          <w:noProof w:val="0"/>
          <w:lang w:val="pl-PL"/>
        </w:rPr>
        <w:t>w zakładce „Mityngi i wydarzenia”, we wpisie „</w:t>
      </w:r>
      <w:r w:rsidRPr="5C4814CB" w:rsidR="1E197D94">
        <w:rPr>
          <w:noProof w:val="0"/>
          <w:lang w:val="pl-PL"/>
        </w:rPr>
        <w:t xml:space="preserve">RK </w:t>
      </w:r>
      <w:r w:rsidRPr="5C4814CB" w:rsidR="1E197D94">
        <w:rPr>
          <w:noProof w:val="0"/>
          <w:lang w:val="pl-PL"/>
        </w:rPr>
        <w:t>Athlet</w:t>
      </w:r>
      <w:r w:rsidRPr="5C4814CB" w:rsidR="1E197D94">
        <w:rPr>
          <w:noProof w:val="0"/>
          <w:lang w:val="pl-PL"/>
        </w:rPr>
        <w:t>i</w:t>
      </w:r>
      <w:r w:rsidRPr="5C4814CB" w:rsidR="1E197D94">
        <w:rPr>
          <w:noProof w:val="0"/>
          <w:lang w:val="pl-PL"/>
        </w:rPr>
        <w:t>cs</w:t>
      </w:r>
      <w:r w:rsidRPr="5C4814CB" w:rsidR="1E197D94">
        <w:rPr>
          <w:noProof w:val="0"/>
          <w:lang w:val="pl-PL"/>
        </w:rPr>
        <w:t xml:space="preserve"> </w:t>
      </w:r>
      <w:r w:rsidRPr="5C4814CB" w:rsidR="1E197D94">
        <w:rPr>
          <w:noProof w:val="0"/>
          <w:lang w:val="pl-PL"/>
        </w:rPr>
        <w:t>Cup</w:t>
      </w:r>
      <w:r w:rsidRPr="5C4814CB" w:rsidR="1E197D94">
        <w:rPr>
          <w:noProof w:val="0"/>
          <w:lang w:val="pl-PL"/>
        </w:rPr>
        <w:t xml:space="preserve"> czyli Wawerski cykl lekkoatletyczny – czwórbój 2026” na stronie Klubu </w:t>
      </w:r>
      <w:r w:rsidRPr="5C4814CB" w:rsidR="1E197D94">
        <w:rPr>
          <w:noProof w:val="0"/>
          <w:lang w:val="pl-PL"/>
        </w:rPr>
        <w:t xml:space="preserve">RK </w:t>
      </w:r>
      <w:r w:rsidRPr="5C4814CB" w:rsidR="1E197D94">
        <w:rPr>
          <w:noProof w:val="0"/>
          <w:lang w:val="pl-PL"/>
        </w:rPr>
        <w:t>Athlet</w:t>
      </w:r>
      <w:r w:rsidRPr="5C4814CB" w:rsidR="1E197D94">
        <w:rPr>
          <w:noProof w:val="0"/>
          <w:lang w:val="pl-PL"/>
        </w:rPr>
        <w:t>ics</w:t>
      </w:r>
      <w:r w:rsidRPr="5C4814CB" w:rsidR="1E197D94">
        <w:rPr>
          <w:noProof w:val="0"/>
          <w:lang w:val="pl-PL"/>
        </w:rPr>
        <w:t xml:space="preserve"> (www.rkathletics.com), do godz. 23:59 dnia 2</w:t>
      </w:r>
      <w:r w:rsidRPr="5C4814CB" w:rsidR="7EDA09CA">
        <w:rPr>
          <w:noProof w:val="0"/>
          <w:lang w:val="pl-PL"/>
        </w:rPr>
        <w:t>4</w:t>
      </w:r>
      <w:r w:rsidRPr="5C4814CB" w:rsidR="1E197D94">
        <w:rPr>
          <w:noProof w:val="0"/>
          <w:lang w:val="pl-PL"/>
        </w:rPr>
        <w:t xml:space="preserve"> września 2026 r.</w:t>
      </w:r>
    </w:p>
    <w:p w:rsidR="000958DD" w:rsidP="1250BA89" w:rsidRDefault="00000000" w14:paraId="177A1C5B" w14:textId="77777777">
      <w:pPr>
        <w:rPr>
          <w:noProof w:val="0"/>
          <w:lang w:val="pl-PL"/>
        </w:rPr>
      </w:pPr>
      <w:r w:rsidRPr="1250BA89" w:rsidR="261289B9">
        <w:rPr>
          <w:noProof w:val="0"/>
          <w:lang w:val="pl-PL"/>
        </w:rPr>
        <w:t>3. W przypadku wyczerpania limitu miejsc w poszczególnych konkurencjach Organizator może poinformować zgłaszającego drogą mailową i zaproponować udział w innych konkurencjach w ramach dostępnych miejsc.</w:t>
      </w:r>
    </w:p>
    <w:p w:rsidR="000958DD" w:rsidP="1250BA89" w:rsidRDefault="00000000" w14:paraId="429E8D06" w14:textId="77777777">
      <w:pPr>
        <w:rPr>
          <w:noProof w:val="0"/>
          <w:lang w:val="pl-PL"/>
        </w:rPr>
      </w:pPr>
      <w:r w:rsidRPr="1250BA89" w:rsidR="261289B9">
        <w:rPr>
          <w:noProof w:val="0"/>
          <w:lang w:val="pl-PL"/>
        </w:rPr>
        <w:t>4. Podanie danych wymaganych w formularzu zgłoszeniowym jest konieczne do przyjęcia zgłoszenia i organizacji udziału w zawodach. Dane powinny być prawdziwe i aktualne.</w:t>
      </w:r>
    </w:p>
    <w:p w:rsidR="000958DD" w:rsidP="1250BA89" w:rsidRDefault="00000000" w14:paraId="57950156" w14:textId="77777777">
      <w:pPr>
        <w:pStyle w:val="Nagwek1"/>
        <w:rPr>
          <w:noProof w:val="0"/>
          <w:lang w:val="pl-PL"/>
        </w:rPr>
      </w:pPr>
      <w:r w:rsidRPr="1250BA89" w:rsidR="261289B9">
        <w:rPr>
          <w:noProof w:val="0"/>
          <w:lang w:val="pl-PL"/>
        </w:rPr>
        <w:t>V. Biuro zawodów, numery startowe i opłata</w:t>
      </w:r>
    </w:p>
    <w:p w:rsidR="000958DD" w:rsidP="1250BA89" w:rsidRDefault="00000000" w14:paraId="0A611823" w14:textId="77777777">
      <w:pPr>
        <w:rPr>
          <w:noProof w:val="0"/>
          <w:lang w:val="pl-PL"/>
        </w:rPr>
      </w:pPr>
      <w:r w:rsidRPr="1250BA89" w:rsidR="261289B9">
        <w:rPr>
          <w:noProof w:val="0"/>
          <w:lang w:val="pl-PL"/>
        </w:rPr>
        <w:t>1. Biuro zawodów będzie otwarte w dniu mityngu od godz. 9:30. Pakiety startowe i numery należy odebrać najpóźniej do godz. 11:00.</w:t>
      </w:r>
    </w:p>
    <w:p w:rsidR="000958DD" w:rsidP="1250BA89" w:rsidRDefault="00000000" w14:paraId="49E7ACAA" w14:textId="77777777">
      <w:pPr>
        <w:rPr>
          <w:noProof w:val="0"/>
          <w:lang w:val="pl-PL"/>
        </w:rPr>
      </w:pPr>
      <w:r w:rsidRPr="1250BA89" w:rsidR="261289B9">
        <w:rPr>
          <w:noProof w:val="0"/>
          <w:lang w:val="pl-PL"/>
        </w:rPr>
        <w:t>2. Każdy uczestnik otrzymuje jeden numer startowy niezależnie od liczby konkurencji, w których bierze udział.</w:t>
      </w:r>
    </w:p>
    <w:p w:rsidR="000958DD" w:rsidP="1250BA89" w:rsidRDefault="00000000" w14:paraId="57D7C734" w14:textId="77777777">
      <w:pPr>
        <w:rPr>
          <w:noProof w:val="0"/>
          <w:lang w:val="pl-PL"/>
        </w:rPr>
      </w:pPr>
      <w:r w:rsidRPr="1250BA89" w:rsidR="261289B9">
        <w:rPr>
          <w:noProof w:val="0"/>
          <w:lang w:val="pl-PL"/>
        </w:rPr>
        <w:t>3. Zawodnik startuje z numerem przydzielonym przez Organizatora.</w:t>
      </w:r>
    </w:p>
    <w:p w:rsidR="000958DD" w:rsidP="1250BA89" w:rsidRDefault="00000000" w14:paraId="0C0200BE" w14:textId="77777777">
      <w:pPr>
        <w:rPr>
          <w:noProof w:val="0"/>
          <w:lang w:val="pl-PL"/>
        </w:rPr>
      </w:pPr>
      <w:r w:rsidRPr="1250BA89" w:rsidR="261289B9">
        <w:rPr>
          <w:noProof w:val="0"/>
          <w:lang w:val="pl-PL"/>
        </w:rPr>
        <w:t>4. Opłata startowa nie jest wymagana.</w:t>
      </w:r>
    </w:p>
    <w:p w:rsidR="000958DD" w:rsidP="1250BA89" w:rsidRDefault="00000000" w14:paraId="43E32D40" w14:textId="77777777">
      <w:pPr>
        <w:pStyle w:val="Nagwek1"/>
        <w:rPr>
          <w:noProof w:val="0"/>
          <w:lang w:val="pl-PL"/>
        </w:rPr>
      </w:pPr>
      <w:r w:rsidRPr="1250BA89" w:rsidR="261289B9">
        <w:rPr>
          <w:noProof w:val="0"/>
          <w:lang w:val="pl-PL"/>
        </w:rPr>
        <w:t>VI. Nagrody</w:t>
      </w:r>
    </w:p>
    <w:p w:rsidR="000958DD" w:rsidP="1250BA89" w:rsidRDefault="00000000" w14:paraId="7D4BBAE0" w14:textId="77777777">
      <w:pPr>
        <w:rPr>
          <w:noProof w:val="0"/>
          <w:lang w:val="pl-PL"/>
        </w:rPr>
      </w:pPr>
      <w:r w:rsidRPr="1250BA89" w:rsidR="261289B9">
        <w:rPr>
          <w:noProof w:val="0"/>
          <w:lang w:val="pl-PL"/>
        </w:rPr>
        <w:t>1.</w:t>
      </w:r>
      <w:r w:rsidRPr="1250BA89" w:rsidR="261289B9">
        <w:rPr>
          <w:rFonts w:ascii="Arial" w:hAnsi="Arial" w:eastAsia="Arial" w:cs="" w:asciiTheme="minorAscii" w:hAnsiTheme="minorAscii" w:eastAsiaTheme="minorEastAsia" w:cstheme="minorBidi"/>
          <w:noProof w:val="0"/>
          <w:color w:val="auto"/>
          <w:sz w:val="21"/>
          <w:szCs w:val="21"/>
          <w:lang w:val="pl-PL" w:eastAsia="en-US" w:bidi="ar-SA"/>
        </w:rPr>
        <w:t xml:space="preserve"> Dla wszystkich zawodników przewidziane są pamiątkowe dyplomy.</w:t>
      </w:r>
    </w:p>
    <w:p w:rsidR="000958DD" w:rsidP="1250BA89" w:rsidRDefault="00000000" w14:paraId="5D4D2047" w14:textId="77777777">
      <w:pPr>
        <w:rPr>
          <w:noProof w:val="0"/>
          <w:lang w:val="pl-PL"/>
        </w:rPr>
      </w:pPr>
      <w:r w:rsidRPr="1250BA89" w:rsidR="261289B9">
        <w:rPr>
          <w:rFonts w:ascii="Arial" w:hAnsi="Arial" w:eastAsia="Arial" w:cs="" w:asciiTheme="minorAscii" w:hAnsiTheme="minorAscii" w:eastAsiaTheme="minorEastAsia" w:cstheme="minorBidi"/>
          <w:noProof w:val="0"/>
          <w:color w:val="auto"/>
          <w:sz w:val="21"/>
          <w:szCs w:val="21"/>
          <w:lang w:val="pl-PL" w:eastAsia="en-US" w:bidi="ar-SA"/>
        </w:rPr>
        <w:t>2. Dla pierwsz</w:t>
      </w:r>
      <w:r w:rsidRPr="1250BA89" w:rsidR="261289B9">
        <w:rPr>
          <w:noProof w:val="0"/>
          <w:lang w:val="pl-PL"/>
        </w:rPr>
        <w:t>ej trójki zawodników w poszczególnych konkurencjach przewidziano medale.</w:t>
      </w:r>
    </w:p>
    <w:p w:rsidR="248F721F" w:rsidP="1250BA89" w:rsidRDefault="248F721F" w14:paraId="21309CDD" w14:textId="5680D035">
      <w:pPr>
        <w:pStyle w:val="Nagwek1"/>
        <w:spacing w:before="200" w:beforeAutospacing="off" w:after="100" w:afterAutospacing="off" w:line="259" w:lineRule="auto"/>
        <w:ind w:left="0" w:right="0"/>
        <w:jc w:val="left"/>
        <w:rPr>
          <w:noProof w:val="0"/>
          <w:lang w:val="pl-PL"/>
        </w:rPr>
      </w:pPr>
      <w:r w:rsidRPr="1250BA89" w:rsidR="248F721F">
        <w:rPr>
          <w:noProof w:val="0"/>
          <w:lang w:val="pl-PL"/>
        </w:rPr>
        <w:t>VII.</w:t>
      </w:r>
      <w:r w:rsidRPr="1250BA89" w:rsidR="248F721F">
        <w:rPr>
          <w:noProof w:val="0"/>
          <w:lang w:val="pl-PL"/>
        </w:rPr>
        <w:t xml:space="preserve"> System punktacji i wyłanianie zwycięzców </w:t>
      </w:r>
    </w:p>
    <w:p w:rsidR="248F721F" w:rsidP="1250BA89" w:rsidRDefault="248F721F" w14:paraId="750CC386" w14:textId="3628D555">
      <w:pPr>
        <w:pStyle w:val="Akapitzlist"/>
        <w:numPr>
          <w:ilvl w:val="0"/>
          <w:numId w:val="10"/>
        </w:numPr>
        <w:ind w:left="180" w:hanging="180"/>
        <w:rPr>
          <w:noProof w:val="0"/>
          <w:lang w:val="pl-PL"/>
        </w:rPr>
      </w:pPr>
      <w:r w:rsidRPr="1250BA89" w:rsidR="248F721F">
        <w:rPr>
          <w:noProof w:val="0"/>
          <w:lang w:val="pl-PL"/>
        </w:rPr>
        <w:t xml:space="preserve">Klasyfikacja generalna czwórboju lekkoatletycznego ustalana jest na podstawie sumy miejsc zajętych przez zawodnika w poszczególnych konkurencjach. </w:t>
      </w:r>
    </w:p>
    <w:p w:rsidR="248F721F" w:rsidP="1250BA89" w:rsidRDefault="248F721F" w14:paraId="4FF7F22E" w14:textId="0A2C98AA">
      <w:pPr>
        <w:pStyle w:val="Akapitzlist"/>
        <w:numPr>
          <w:ilvl w:val="0"/>
          <w:numId w:val="10"/>
        </w:numPr>
        <w:ind w:left="180" w:hanging="180"/>
        <w:rPr>
          <w:noProof w:val="0"/>
          <w:lang w:val="pl-PL"/>
        </w:rPr>
      </w:pPr>
      <w:r w:rsidRPr="1250BA89" w:rsidR="248F721F">
        <w:rPr>
          <w:noProof w:val="0"/>
          <w:lang w:val="pl-PL"/>
        </w:rPr>
        <w:t xml:space="preserve">Za </w:t>
      </w:r>
      <w:r w:rsidRPr="1250BA89" w:rsidR="248F721F">
        <w:rPr>
          <w:noProof w:val="0"/>
          <w:lang w:val="pl-PL"/>
        </w:rPr>
        <w:t>zajęcie</w:t>
      </w:r>
      <w:r w:rsidRPr="1250BA89" w:rsidR="248F721F">
        <w:rPr>
          <w:noProof w:val="0"/>
          <w:lang w:val="pl-PL"/>
        </w:rPr>
        <w:t xml:space="preserve"> </w:t>
      </w:r>
      <w:r w:rsidRPr="1250BA89" w:rsidR="248F721F">
        <w:rPr>
          <w:noProof w:val="0"/>
          <w:lang w:val="pl-PL"/>
        </w:rPr>
        <w:t>danego</w:t>
      </w:r>
      <w:r w:rsidRPr="1250BA89" w:rsidR="248F721F">
        <w:rPr>
          <w:noProof w:val="0"/>
          <w:lang w:val="pl-PL"/>
        </w:rPr>
        <w:t xml:space="preserve"> </w:t>
      </w:r>
      <w:r w:rsidRPr="1250BA89" w:rsidR="248F721F">
        <w:rPr>
          <w:noProof w:val="0"/>
          <w:lang w:val="pl-PL"/>
        </w:rPr>
        <w:t>miejsca</w:t>
      </w:r>
      <w:r w:rsidRPr="1250BA89" w:rsidR="248F721F">
        <w:rPr>
          <w:noProof w:val="0"/>
          <w:lang w:val="pl-PL"/>
        </w:rPr>
        <w:t xml:space="preserve"> w </w:t>
      </w:r>
      <w:r w:rsidRPr="1250BA89" w:rsidR="248F721F">
        <w:rPr>
          <w:noProof w:val="0"/>
          <w:lang w:val="pl-PL"/>
        </w:rPr>
        <w:t>konkurencji</w:t>
      </w:r>
      <w:r w:rsidRPr="1250BA89" w:rsidR="248F721F">
        <w:rPr>
          <w:noProof w:val="0"/>
          <w:lang w:val="pl-PL"/>
        </w:rPr>
        <w:t xml:space="preserve"> </w:t>
      </w:r>
      <w:r w:rsidRPr="1250BA89" w:rsidR="248F721F">
        <w:rPr>
          <w:noProof w:val="0"/>
          <w:lang w:val="pl-PL"/>
        </w:rPr>
        <w:t>zawodnik</w:t>
      </w:r>
      <w:r w:rsidRPr="1250BA89" w:rsidR="248F721F">
        <w:rPr>
          <w:noProof w:val="0"/>
          <w:lang w:val="pl-PL"/>
        </w:rPr>
        <w:t xml:space="preserve"> </w:t>
      </w:r>
      <w:r w:rsidRPr="1250BA89" w:rsidR="248F721F">
        <w:rPr>
          <w:noProof w:val="0"/>
          <w:lang w:val="pl-PL"/>
        </w:rPr>
        <w:t>otrzymuje</w:t>
      </w:r>
      <w:r w:rsidRPr="1250BA89" w:rsidR="248F721F">
        <w:rPr>
          <w:noProof w:val="0"/>
          <w:lang w:val="pl-PL"/>
        </w:rPr>
        <w:t xml:space="preserve"> </w:t>
      </w:r>
      <w:r w:rsidRPr="1250BA89" w:rsidR="248F721F">
        <w:rPr>
          <w:noProof w:val="0"/>
          <w:lang w:val="pl-PL"/>
        </w:rPr>
        <w:t>liczbę</w:t>
      </w:r>
      <w:r w:rsidRPr="1250BA89" w:rsidR="248F721F">
        <w:rPr>
          <w:noProof w:val="0"/>
          <w:lang w:val="pl-PL"/>
        </w:rPr>
        <w:t xml:space="preserve"> </w:t>
      </w:r>
      <w:r w:rsidRPr="1250BA89" w:rsidR="248F721F">
        <w:rPr>
          <w:noProof w:val="0"/>
          <w:lang w:val="pl-PL"/>
        </w:rPr>
        <w:t>punktów</w:t>
      </w:r>
      <w:r w:rsidRPr="1250BA89" w:rsidR="248F721F">
        <w:rPr>
          <w:noProof w:val="0"/>
          <w:lang w:val="pl-PL"/>
        </w:rPr>
        <w:t xml:space="preserve"> </w:t>
      </w:r>
      <w:r w:rsidRPr="1250BA89" w:rsidR="248F721F">
        <w:rPr>
          <w:noProof w:val="0"/>
          <w:lang w:val="pl-PL"/>
        </w:rPr>
        <w:t>równą</w:t>
      </w:r>
      <w:r w:rsidRPr="1250BA89" w:rsidR="248F721F">
        <w:rPr>
          <w:noProof w:val="0"/>
          <w:lang w:val="pl-PL"/>
        </w:rPr>
        <w:t xml:space="preserve"> </w:t>
      </w:r>
      <w:r w:rsidRPr="1250BA89" w:rsidR="248F721F">
        <w:rPr>
          <w:noProof w:val="0"/>
          <w:lang w:val="pl-PL"/>
        </w:rPr>
        <w:t>numerowi</w:t>
      </w:r>
      <w:r w:rsidRPr="1250BA89" w:rsidR="248F721F">
        <w:rPr>
          <w:noProof w:val="0"/>
          <w:lang w:val="pl-PL"/>
        </w:rPr>
        <w:t xml:space="preserve"> </w:t>
      </w:r>
      <w:r w:rsidRPr="1250BA89" w:rsidR="248F721F">
        <w:rPr>
          <w:noProof w:val="0"/>
          <w:lang w:val="pl-PL"/>
        </w:rPr>
        <w:t>tego</w:t>
      </w:r>
      <w:r w:rsidRPr="1250BA89" w:rsidR="248F721F">
        <w:rPr>
          <w:noProof w:val="0"/>
          <w:lang w:val="pl-PL"/>
        </w:rPr>
        <w:t xml:space="preserve"> </w:t>
      </w:r>
      <w:r w:rsidRPr="1250BA89" w:rsidR="248F721F">
        <w:rPr>
          <w:noProof w:val="0"/>
          <w:lang w:val="pl-PL"/>
        </w:rPr>
        <w:t>miejsca</w:t>
      </w:r>
      <w:r w:rsidRPr="1250BA89" w:rsidR="248F721F">
        <w:rPr>
          <w:noProof w:val="0"/>
          <w:lang w:val="pl-PL"/>
        </w:rPr>
        <w:t xml:space="preserve"> (np. 1. </w:t>
      </w:r>
      <w:r w:rsidRPr="1250BA89" w:rsidR="248F721F">
        <w:rPr>
          <w:noProof w:val="0"/>
          <w:lang w:val="pl-PL"/>
        </w:rPr>
        <w:t>miejsce</w:t>
      </w:r>
      <w:r w:rsidRPr="1250BA89" w:rsidR="248F721F">
        <w:rPr>
          <w:noProof w:val="0"/>
          <w:lang w:val="pl-PL"/>
        </w:rPr>
        <w:t xml:space="preserve"> = 1 </w:t>
      </w:r>
      <w:r w:rsidRPr="1250BA89" w:rsidR="248F721F">
        <w:rPr>
          <w:noProof w:val="0"/>
          <w:lang w:val="pl-PL"/>
        </w:rPr>
        <w:t>punkt</w:t>
      </w:r>
      <w:r w:rsidRPr="1250BA89" w:rsidR="248F721F">
        <w:rPr>
          <w:noProof w:val="0"/>
          <w:lang w:val="pl-PL"/>
        </w:rPr>
        <w:t xml:space="preserve">, 2. </w:t>
      </w:r>
      <w:r w:rsidRPr="1250BA89" w:rsidR="248F721F">
        <w:rPr>
          <w:noProof w:val="0"/>
          <w:lang w:val="pl-PL"/>
        </w:rPr>
        <w:t>miejsce</w:t>
      </w:r>
      <w:r w:rsidRPr="1250BA89" w:rsidR="248F721F">
        <w:rPr>
          <w:noProof w:val="0"/>
          <w:lang w:val="pl-PL"/>
        </w:rPr>
        <w:t xml:space="preserve"> = 2 </w:t>
      </w:r>
      <w:r w:rsidRPr="1250BA89" w:rsidR="248F721F">
        <w:rPr>
          <w:noProof w:val="0"/>
          <w:lang w:val="pl-PL"/>
        </w:rPr>
        <w:t>punkty</w:t>
      </w:r>
      <w:r w:rsidRPr="1250BA89" w:rsidR="248F721F">
        <w:rPr>
          <w:noProof w:val="0"/>
          <w:lang w:val="pl-PL"/>
        </w:rPr>
        <w:t xml:space="preserve">, 15. </w:t>
      </w:r>
      <w:r w:rsidRPr="1250BA89" w:rsidR="248F721F">
        <w:rPr>
          <w:noProof w:val="0"/>
          <w:lang w:val="pl-PL"/>
        </w:rPr>
        <w:t>miejsce</w:t>
      </w:r>
      <w:r w:rsidRPr="1250BA89" w:rsidR="248F721F">
        <w:rPr>
          <w:noProof w:val="0"/>
          <w:lang w:val="pl-PL"/>
        </w:rPr>
        <w:t xml:space="preserve"> = 15 </w:t>
      </w:r>
      <w:r w:rsidRPr="1250BA89" w:rsidR="248F721F">
        <w:rPr>
          <w:noProof w:val="0"/>
          <w:lang w:val="pl-PL"/>
        </w:rPr>
        <w:t>punktów</w:t>
      </w:r>
      <w:r w:rsidRPr="1250BA89" w:rsidR="248F721F">
        <w:rPr>
          <w:noProof w:val="0"/>
          <w:lang w:val="pl-PL"/>
        </w:rPr>
        <w:t xml:space="preserve">). </w:t>
      </w:r>
    </w:p>
    <w:p w:rsidR="248F721F" w:rsidP="1250BA89" w:rsidRDefault="248F721F" w14:paraId="7F179484" w14:textId="79E9FEE9">
      <w:pPr>
        <w:pStyle w:val="Akapitzlist"/>
        <w:numPr>
          <w:ilvl w:val="0"/>
          <w:numId w:val="10"/>
        </w:numPr>
        <w:ind w:left="180" w:hanging="180"/>
        <w:rPr>
          <w:noProof w:val="0"/>
          <w:lang w:val="pl-PL"/>
        </w:rPr>
      </w:pPr>
      <w:r w:rsidRPr="1250BA89" w:rsidR="248F721F">
        <w:rPr>
          <w:noProof w:val="0"/>
          <w:lang w:val="pl-PL"/>
        </w:rPr>
        <w:t>Zwycięzcą</w:t>
      </w:r>
      <w:r w:rsidRPr="1250BA89" w:rsidR="248F721F">
        <w:rPr>
          <w:noProof w:val="0"/>
          <w:lang w:val="pl-PL"/>
        </w:rPr>
        <w:t xml:space="preserve"> </w:t>
      </w:r>
      <w:r w:rsidRPr="1250BA89" w:rsidR="248F721F">
        <w:rPr>
          <w:noProof w:val="0"/>
          <w:lang w:val="pl-PL"/>
        </w:rPr>
        <w:t>czwórboju</w:t>
      </w:r>
      <w:r w:rsidRPr="1250BA89" w:rsidR="248F721F">
        <w:rPr>
          <w:noProof w:val="0"/>
          <w:lang w:val="pl-PL"/>
        </w:rPr>
        <w:t xml:space="preserve"> </w:t>
      </w:r>
      <w:r w:rsidRPr="1250BA89" w:rsidR="248F721F">
        <w:rPr>
          <w:noProof w:val="0"/>
          <w:lang w:val="pl-PL"/>
        </w:rPr>
        <w:t>zostaje</w:t>
      </w:r>
      <w:r w:rsidRPr="1250BA89" w:rsidR="248F721F">
        <w:rPr>
          <w:noProof w:val="0"/>
          <w:lang w:val="pl-PL"/>
        </w:rPr>
        <w:t xml:space="preserve"> </w:t>
      </w:r>
      <w:r w:rsidRPr="1250BA89" w:rsidR="248F721F">
        <w:rPr>
          <w:noProof w:val="0"/>
          <w:lang w:val="pl-PL"/>
        </w:rPr>
        <w:t>zawodnik</w:t>
      </w:r>
      <w:r w:rsidRPr="1250BA89" w:rsidR="248F721F">
        <w:rPr>
          <w:noProof w:val="0"/>
          <w:lang w:val="pl-PL"/>
        </w:rPr>
        <w:t xml:space="preserve">, </w:t>
      </w:r>
      <w:r w:rsidRPr="1250BA89" w:rsidR="248F721F">
        <w:rPr>
          <w:noProof w:val="0"/>
          <w:lang w:val="pl-PL"/>
        </w:rPr>
        <w:t>który</w:t>
      </w:r>
      <w:r w:rsidRPr="1250BA89" w:rsidR="248F721F">
        <w:rPr>
          <w:noProof w:val="0"/>
          <w:lang w:val="pl-PL"/>
        </w:rPr>
        <w:t xml:space="preserve"> </w:t>
      </w:r>
      <w:r w:rsidRPr="1250BA89" w:rsidR="248F721F">
        <w:rPr>
          <w:noProof w:val="0"/>
          <w:lang w:val="pl-PL"/>
        </w:rPr>
        <w:t>zgromadzi</w:t>
      </w:r>
      <w:r w:rsidRPr="1250BA89" w:rsidR="248F721F">
        <w:rPr>
          <w:noProof w:val="0"/>
          <w:lang w:val="pl-PL"/>
        </w:rPr>
        <w:t xml:space="preserve"> </w:t>
      </w:r>
      <w:r w:rsidRPr="1250BA89" w:rsidR="248F721F">
        <w:rPr>
          <w:noProof w:val="0"/>
          <w:lang w:val="pl-PL"/>
        </w:rPr>
        <w:t>najmniejszą</w:t>
      </w:r>
      <w:r w:rsidRPr="1250BA89" w:rsidR="248F721F">
        <w:rPr>
          <w:noProof w:val="0"/>
          <w:lang w:val="pl-PL"/>
        </w:rPr>
        <w:t xml:space="preserve"> </w:t>
      </w:r>
      <w:r w:rsidRPr="1250BA89" w:rsidR="248F721F">
        <w:rPr>
          <w:noProof w:val="0"/>
          <w:lang w:val="pl-PL"/>
        </w:rPr>
        <w:t>sumę</w:t>
      </w:r>
      <w:r w:rsidRPr="1250BA89" w:rsidR="248F721F">
        <w:rPr>
          <w:noProof w:val="0"/>
          <w:lang w:val="pl-PL"/>
        </w:rPr>
        <w:t xml:space="preserve"> </w:t>
      </w:r>
      <w:r w:rsidRPr="1250BA89" w:rsidR="248F721F">
        <w:rPr>
          <w:noProof w:val="0"/>
          <w:lang w:val="pl-PL"/>
        </w:rPr>
        <w:t>punktów</w:t>
      </w:r>
      <w:r w:rsidRPr="1250BA89" w:rsidR="248F721F">
        <w:rPr>
          <w:noProof w:val="0"/>
          <w:lang w:val="pl-PL"/>
        </w:rPr>
        <w:t xml:space="preserve"> ze </w:t>
      </w:r>
      <w:r w:rsidRPr="1250BA89" w:rsidR="248F721F">
        <w:rPr>
          <w:noProof w:val="0"/>
          <w:lang w:val="pl-PL"/>
        </w:rPr>
        <w:t>wszystkich</w:t>
      </w:r>
      <w:r w:rsidRPr="1250BA89" w:rsidR="248F721F">
        <w:rPr>
          <w:noProof w:val="0"/>
          <w:lang w:val="pl-PL"/>
        </w:rPr>
        <w:t xml:space="preserve"> </w:t>
      </w:r>
      <w:r w:rsidRPr="1250BA89" w:rsidR="248F721F">
        <w:rPr>
          <w:noProof w:val="0"/>
          <w:lang w:val="pl-PL"/>
        </w:rPr>
        <w:t>konkurencji</w:t>
      </w:r>
      <w:r w:rsidRPr="1250BA89" w:rsidR="248F721F">
        <w:rPr>
          <w:noProof w:val="0"/>
          <w:lang w:val="pl-PL"/>
        </w:rPr>
        <w:t xml:space="preserve">. </w:t>
      </w:r>
    </w:p>
    <w:p w:rsidR="248F721F" w:rsidP="1250BA89" w:rsidRDefault="248F721F" w14:paraId="2A4C1170" w14:textId="6BB9DFB0">
      <w:pPr>
        <w:pStyle w:val="Akapitzlist"/>
        <w:numPr>
          <w:ilvl w:val="0"/>
          <w:numId w:val="10"/>
        </w:numPr>
        <w:ind w:left="180" w:hanging="180"/>
        <w:rPr>
          <w:noProof w:val="0"/>
          <w:lang w:val="pl-PL"/>
        </w:rPr>
      </w:pPr>
      <w:r w:rsidRPr="1250BA89" w:rsidR="248F721F">
        <w:rPr>
          <w:noProof w:val="0"/>
          <w:lang w:val="pl-PL"/>
        </w:rPr>
        <w:t>W przypadku uzyskania równej liczby punktów przez dwóch lub więcej zawodników, o wyższym miejscu w klasyfikacji generalnej decyduje wyższa lokata zajęta w biegu na 200m / 300m.</w:t>
      </w:r>
    </w:p>
    <w:p w:rsidR="000958DD" w:rsidP="1250BA89" w:rsidRDefault="00000000" w14:paraId="72DC3C33" w14:textId="77777777">
      <w:pPr>
        <w:pStyle w:val="Nagwek1"/>
        <w:rPr>
          <w:noProof w:val="0"/>
          <w:lang w:val="pl-PL"/>
        </w:rPr>
      </w:pPr>
      <w:r w:rsidRPr="1250BA89" w:rsidR="261289B9">
        <w:rPr>
          <w:noProof w:val="0"/>
          <w:lang w:val="pl-PL"/>
        </w:rPr>
        <w:t>VII. Program zawodów</w:t>
      </w:r>
    </w:p>
    <w:p w:rsidR="000958DD" w:rsidP="1250BA89" w:rsidRDefault="00000000" w14:paraId="05FE6CC3" w14:noSpellErr="1" w14:textId="730D9A2D">
      <w:pPr>
        <w:rPr>
          <w:noProof w:val="0"/>
          <w:lang w:val="pl-PL"/>
        </w:rPr>
      </w:pPr>
      <w:r w:rsidRPr="7EB1AB83" w:rsidR="261289B9">
        <w:rPr>
          <w:noProof w:val="0"/>
          <w:lang w:val="pl-PL"/>
        </w:rPr>
        <w:t>1. Program minutowy może ulec zmianie w zależności od liczby zgłoszonych zawodników oraz przebiegu zawodów. Początek i zakończenie poszczególnych konkurencji mogą ulec zmianie.</w:t>
      </w:r>
    </w:p>
    <w:p w:rsidR="000958DD" w:rsidP="1250BA89" w:rsidRDefault="00000000" w14:paraId="0C9F2E9D" w14:textId="3AEDA559">
      <w:pPr>
        <w:pStyle w:val="Normalny"/>
        <w:jc w:val="center"/>
      </w:pPr>
      <w:r w:rsidR="37F094E7">
        <w:drawing>
          <wp:inline wp14:editId="49F46E1B" wp14:anchorId="3143C5F9">
            <wp:extent cx="5267325" cy="3467100"/>
            <wp:effectExtent l="0" t="0" r="0" b="0"/>
            <wp:docPr id="19362964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36296470" name="Picture 1936296470"/>
                    <pic:cNvPicPr/>
                  </pic:nvPicPr>
                  <pic:blipFill>
                    <a:blip xmlns:r="http://schemas.openxmlformats.org/officeDocument/2006/relationships" r:embed="rId2081310361">
                      <a:extLst>
                        <a:ext uri="{28A0092B-C50C-407E-A947-70E740481C1C}">
                          <a14:useLocalDpi xmlns:a14="http://schemas.microsoft.com/office/drawing/2010/main"/>
                        </a:ext>
                      </a:extLst>
                    </a:blip>
                    <a:stretch>
                      <a:fillRect/>
                    </a:stretch>
                  </pic:blipFill>
                  <pic:spPr>
                    <a:xfrm>
                      <a:off x="0" y="0"/>
                      <a:ext cx="5267325" cy="3467100"/>
                    </a:xfrm>
                    <a:prstGeom prst="rect">
                      <a:avLst/>
                    </a:prstGeom>
                  </pic:spPr>
                </pic:pic>
              </a:graphicData>
            </a:graphic>
          </wp:inline>
        </w:drawing>
      </w:r>
    </w:p>
    <w:p w:rsidR="000958DD" w:rsidP="1250BA89" w:rsidRDefault="00000000" w14:paraId="51CBF23C" w14:textId="77777777">
      <w:pPr>
        <w:rPr>
          <w:noProof w:val="0"/>
          <w:lang w:val="pl-PL"/>
        </w:rPr>
      </w:pPr>
      <w:r w:rsidRPr="1250BA89" w:rsidR="261289B9">
        <w:rPr>
          <w:noProof w:val="0"/>
          <w:lang w:val="pl-PL"/>
        </w:rPr>
        <w:t>2. Aktualne komunikaty organizacyjne przekazywane w dniu zawodów przez spikera, sędziów lub Organizatora są wiążące w zakresie bieżącego przebiegu zawodów, o ile nie naruszają praw uczestników wynikających z przepisów prawa.</w:t>
      </w:r>
    </w:p>
    <w:p w:rsidR="000958DD" w:rsidP="1250BA89" w:rsidRDefault="00000000" w14:paraId="1818C04A" w14:textId="77777777">
      <w:pPr>
        <w:pStyle w:val="Nagwek1"/>
        <w:rPr>
          <w:noProof w:val="0"/>
          <w:lang w:val="pl-PL"/>
        </w:rPr>
      </w:pPr>
      <w:r w:rsidRPr="1250BA89" w:rsidR="261289B9">
        <w:rPr>
          <w:noProof w:val="0"/>
          <w:lang w:val="pl-PL"/>
        </w:rPr>
        <w:t>VIII. Bezpieczeństwo i odpowiedzialność</w:t>
      </w:r>
    </w:p>
    <w:p w:rsidR="000958DD" w:rsidP="1250BA89" w:rsidRDefault="00000000" w14:paraId="08959E38" w14:textId="77777777">
      <w:pPr>
        <w:pStyle w:val="Listanumerowana"/>
        <w:rPr>
          <w:noProof w:val="0"/>
          <w:lang w:val="pl-PL"/>
        </w:rPr>
      </w:pPr>
      <w:r w:rsidRPr="1250BA89" w:rsidR="261289B9">
        <w:rPr>
          <w:noProof w:val="0"/>
          <w:lang w:val="pl-PL"/>
        </w:rPr>
        <w:t>Organizator zapewnia pomoc medyczną oraz obsługę sędziowską w zakresie przewidzianym dla zawodów.</w:t>
      </w:r>
    </w:p>
    <w:p w:rsidR="000958DD" w:rsidP="1250BA89" w:rsidRDefault="00000000" w14:paraId="6EE37AD2" w14:textId="77777777">
      <w:pPr>
        <w:pStyle w:val="Listanumerowana"/>
        <w:rPr>
          <w:noProof w:val="0"/>
          <w:lang w:val="pl-PL"/>
        </w:rPr>
      </w:pPr>
      <w:r w:rsidRPr="1250BA89" w:rsidR="261289B9">
        <w:rPr>
          <w:noProof w:val="0"/>
          <w:lang w:val="pl-PL"/>
        </w:rPr>
        <w:t>Uczestnik ma obowiązek niezwłocznie zgłosić Organizatorowi, sędziemu lub personelowi medycznemu złe samopoczucie, uraz albo inne okoliczności mogące wpływać na bezpieczeństwo jego udziału.</w:t>
      </w:r>
    </w:p>
    <w:p w:rsidR="000958DD" w:rsidP="1250BA89" w:rsidRDefault="00000000" w14:paraId="27EBB823" w14:textId="77777777">
      <w:pPr>
        <w:pStyle w:val="Listanumerowana"/>
        <w:rPr>
          <w:noProof w:val="0"/>
          <w:lang w:val="pl-PL"/>
        </w:rPr>
      </w:pPr>
      <w:r w:rsidRPr="1250BA89" w:rsidR="261289B9">
        <w:rPr>
          <w:noProof w:val="0"/>
          <w:lang w:val="pl-PL"/>
        </w:rPr>
        <w:t>Organizator nie ponosi odpowiedzialności za rzeczy pozostawione bez nadzoru na terenie obiektu, z zastrzeżeniem odpowiedzialności, której na mocy bezwzględnie obowiązujących przepisów prawa nie można wyłączyć ani ograniczyć.</w:t>
      </w:r>
    </w:p>
    <w:p w:rsidR="000958DD" w:rsidP="1250BA89" w:rsidRDefault="00000000" w14:paraId="1903D548" w14:textId="77777777">
      <w:pPr>
        <w:pStyle w:val="Listanumerowana"/>
        <w:rPr>
          <w:noProof w:val="0"/>
          <w:lang w:val="pl-PL"/>
        </w:rPr>
      </w:pPr>
      <w:r w:rsidRPr="1250BA89" w:rsidR="261289B9">
        <w:rPr>
          <w:noProof w:val="0"/>
          <w:lang w:val="pl-PL"/>
        </w:rPr>
        <w:t>Organizator może wprowadzić niezbędne zmiany organizacyjne z przyczyn bezpieczeństwa, technicznych, pogodowych, decyzji zarządcy obiektu, organów publicznych albo innych ważnych przyczyn niezależnych od Organizatora.</w:t>
      </w:r>
    </w:p>
    <w:p w:rsidR="000958DD" w:rsidP="1250BA89" w:rsidRDefault="00000000" w14:paraId="4319F855" w14:textId="77777777">
      <w:pPr>
        <w:pStyle w:val="Listanumerowana"/>
        <w:rPr>
          <w:noProof w:val="0"/>
          <w:lang w:val="pl-PL"/>
        </w:rPr>
      </w:pPr>
      <w:r w:rsidRPr="1250BA89" w:rsidR="261289B9">
        <w:rPr>
          <w:noProof w:val="0"/>
          <w:lang w:val="pl-PL"/>
        </w:rPr>
        <w:t>Jeżeli zawody zostaną odwołane, przerwane lub zmienione z powodu siły wyższej, zagrożenia bezpieczeństwa lub innych okoliczności niezależnych od Organizatora, Organizator poinformuje o tym uczestników w możliwie najszybszym terminie poprzez stronę internetową, e-mail albo komunikat w miejscu zawodów.</w:t>
      </w:r>
    </w:p>
    <w:p w:rsidR="000958DD" w:rsidP="1250BA89" w:rsidRDefault="00000000" w14:paraId="5658B22A" w14:textId="77777777">
      <w:pPr>
        <w:pStyle w:val="Nagwek1"/>
        <w:rPr>
          <w:noProof w:val="0"/>
          <w:lang w:val="pl-PL"/>
        </w:rPr>
      </w:pPr>
      <w:r w:rsidRPr="1250BA89" w:rsidR="261289B9">
        <w:rPr>
          <w:noProof w:val="0"/>
          <w:lang w:val="pl-PL"/>
        </w:rPr>
        <w:t>IX. Zdjęcia, nagrania wideo i wizerunek</w:t>
      </w:r>
    </w:p>
    <w:p w:rsidR="000958DD" w:rsidP="1250BA89" w:rsidRDefault="00000000" w14:paraId="23B7D492" w14:textId="77777777">
      <w:pPr>
        <w:rPr>
          <w:noProof w:val="0"/>
          <w:lang w:val="pl-PL"/>
        </w:rPr>
      </w:pPr>
      <w:r w:rsidRPr="1250BA89" w:rsidR="261289B9">
        <w:rPr>
          <w:noProof w:val="0"/>
          <w:lang w:val="pl-PL"/>
        </w:rPr>
        <w:t>1. Podczas zawodów Organizator, Zlecający oraz osoby działające na ich zlecenie, w szczególności fotografowie i operatorzy wideo, mogą wykonywać fotografie, nagrania wideo oraz nagrania dźwiękowe w celu dokumentowania i relacjonowania przebiegu wydarzenia.</w:t>
      </w:r>
    </w:p>
    <w:p w:rsidR="000958DD" w:rsidP="1250BA89" w:rsidRDefault="00000000" w14:paraId="5E629A50" w14:textId="77777777">
      <w:pPr>
        <w:rPr>
          <w:noProof w:val="0"/>
          <w:lang w:val="pl-PL"/>
        </w:rPr>
      </w:pPr>
      <w:r w:rsidRPr="1250BA89" w:rsidR="261289B9">
        <w:rPr>
          <w:noProof w:val="0"/>
          <w:lang w:val="pl-PL"/>
        </w:rPr>
        <w:t>2. Informacja o prowadzeniu rejestracji obrazu i dźwięku powinna być dostępna uczestnikom również w miejscu zawodów, w szczególności przy wejściu lub w biurze zawodów.</w:t>
      </w:r>
    </w:p>
    <w:p w:rsidR="000958DD" w:rsidP="1250BA89" w:rsidRDefault="00000000" w14:paraId="07C6CE86" w14:textId="77777777">
      <w:pPr>
        <w:rPr>
          <w:noProof w:val="0"/>
          <w:lang w:val="pl-PL"/>
        </w:rPr>
      </w:pPr>
      <w:r w:rsidRPr="1250BA89" w:rsidR="261289B9">
        <w:rPr>
          <w:noProof w:val="0"/>
          <w:lang w:val="pl-PL"/>
        </w:rPr>
        <w:t>3. Materiały przedstawiające przebieg publicznej imprezy, w których wizerunek danej osoby stanowi jedynie szczegół większej całości, takiej jak grupa uczestników, zgromadzenie, publiczność, rozgrzewka, start, meta lub dekoracja grupowa, mogą być rozpowszechniane w zakresie dopuszczonym przez art. 81 ust. 2 pkt 2 ustawy o prawie autorskim i prawach pokrewnych.</w:t>
      </w:r>
    </w:p>
    <w:p w:rsidR="000958DD" w:rsidP="1250BA89" w:rsidRDefault="00000000" w14:paraId="70EDADE3" w14:textId="77777777">
      <w:pPr>
        <w:rPr>
          <w:noProof w:val="0"/>
          <w:lang w:val="pl-PL"/>
        </w:rPr>
      </w:pPr>
      <w:r w:rsidRPr="1250BA89" w:rsidR="261289B9">
        <w:rPr>
          <w:noProof w:val="0"/>
          <w:lang w:val="pl-PL"/>
        </w:rPr>
        <w:t xml:space="preserve">4. Publikowanie materiałów, w których uczestnik – w szczególności osoba małoletnia – jest głównym, wyraźnie wyeksponowanym lub indywidualnie przedstawionym elementem kadru, a także publikowanie </w:t>
      </w:r>
      <w:r w:rsidRPr="1250BA89" w:rsidR="261289B9">
        <w:rPr>
          <w:noProof w:val="0"/>
          <w:lang w:val="pl-PL"/>
        </w:rPr>
        <w:t>jego wypowiedzi, wywiadu lub materiału promocyjnego z jego udziałem, następuje na podstawie odrębnego zezwolenia na rozpowszechnianie wizerunku, jeżeli jest ono wymagane przez prawo. W przypadku osoby małoletniej zezwolenia udziela jej rodzic lub opiekun prawny.</w:t>
      </w:r>
    </w:p>
    <w:p w:rsidR="000958DD" w:rsidP="1250BA89" w:rsidRDefault="00000000" w14:paraId="6934DB0B" w14:textId="77777777">
      <w:pPr>
        <w:rPr>
          <w:noProof w:val="0"/>
          <w:lang w:val="pl-PL"/>
        </w:rPr>
      </w:pPr>
      <w:r w:rsidRPr="1250BA89" w:rsidR="261289B9">
        <w:rPr>
          <w:noProof w:val="0"/>
          <w:lang w:val="pl-PL"/>
        </w:rPr>
        <w:t>5. Brak udzielenia zgody lub zezwolenia na rozpowszechnianie indywidualnego wizerunku nie wpływa na prawo uczestnika do udziału w zawodach.</w:t>
      </w:r>
    </w:p>
    <w:p w:rsidR="000958DD" w:rsidP="1250BA89" w:rsidRDefault="00000000" w14:paraId="2BC41F52" w14:textId="77777777">
      <w:pPr>
        <w:rPr>
          <w:noProof w:val="0"/>
          <w:lang w:val="pl-PL"/>
        </w:rPr>
      </w:pPr>
      <w:r w:rsidRPr="1250BA89" w:rsidR="261289B9">
        <w:rPr>
          <w:noProof w:val="0"/>
          <w:lang w:val="pl-PL"/>
        </w:rPr>
        <w:t>6. Zezwolenie na wykorzystanie indywidualnego wizerunku do relacji i promocji wydarzenia udzielane jest odrębnie, w sposób dobrowolny i z określeniem celu, kanałów publikacji oraz okresu wykorzystania. Jeżeli Organizator lub Zlecający zamierza wykorzystać wizerunek w płatnej reklamie, kampanii komercyjnej niezwiązanej bezpośrednio z relacją z wydarzenia albo w innym nowym celu, wymaga to odrębnej zgody, chyba że istnieje inna wyraźna podstawa prawna.</w:t>
      </w:r>
    </w:p>
    <w:p w:rsidR="000958DD" w:rsidP="1250BA89" w:rsidRDefault="00000000" w14:paraId="1DF25CF7" w14:textId="77777777">
      <w:pPr>
        <w:rPr>
          <w:noProof w:val="0"/>
          <w:lang w:val="pl-PL"/>
        </w:rPr>
      </w:pPr>
      <w:r w:rsidRPr="1250BA89" w:rsidR="261289B9">
        <w:rPr>
          <w:noProof w:val="0"/>
          <w:lang w:val="pl-PL"/>
        </w:rPr>
        <w:t>7. Osoba, która nie wyraziła zgody na indywidualne utrwalanie lub publikację jej wizerunku, może poinformować o tym Organizatora przed rozpoczęciem zawodów lub w biurze zawodów. Organizator zastosuje rozsądne środki organizacyjne, aby fotografowie i operatorzy unikali wykonywania i publikowania indywidualnych ujęć tej osoby. Nie wyłącza to możliwości przypadkowego pojawienia się wizerunku jako nieistotnego szczegółu szerszego kadru, jeżeli przepisy prawa dopuszczają jego rozpowszechnienie.</w:t>
      </w:r>
    </w:p>
    <w:p w:rsidR="000958DD" w:rsidP="1250BA89" w:rsidRDefault="00000000" w14:paraId="75E530D7" w14:textId="77777777">
      <w:pPr>
        <w:pStyle w:val="Nagwek1"/>
        <w:rPr>
          <w:noProof w:val="0"/>
          <w:lang w:val="pl-PL"/>
        </w:rPr>
      </w:pPr>
      <w:r w:rsidRPr="1250BA89" w:rsidR="261289B9">
        <w:rPr>
          <w:noProof w:val="0"/>
          <w:lang w:val="pl-PL"/>
        </w:rPr>
        <w:t>X. Dane osobowe (RODO)</w:t>
      </w:r>
    </w:p>
    <w:p w:rsidR="000958DD" w:rsidP="1250BA89" w:rsidRDefault="00000000" w14:paraId="748FA263" w14:textId="4A011518">
      <w:pPr>
        <w:rPr>
          <w:noProof w:val="0"/>
          <w:lang w:val="pl-PL"/>
        </w:rPr>
      </w:pPr>
      <w:r w:rsidRPr="1250BA89" w:rsidR="261289B9">
        <w:rPr>
          <w:noProof w:val="0"/>
          <w:lang w:val="pl-PL"/>
        </w:rPr>
        <w:t xml:space="preserve">1. Administratorem danych osobowych zbieranych za pośrednictwem formularza zgłoszeniowego i przetwarzanych w związku z </w:t>
      </w:r>
      <w:r w:rsidRPr="1250BA89" w:rsidR="261289B9">
        <w:rPr>
          <w:noProof w:val="0"/>
          <w:lang w:val="pl-PL"/>
        </w:rPr>
        <w:t>organizacją</w:t>
      </w:r>
      <w:r w:rsidRPr="1250BA89" w:rsidR="261289B9">
        <w:rPr>
          <w:noProof w:val="0"/>
          <w:lang w:val="pl-PL"/>
        </w:rPr>
        <w:t xml:space="preserve"> </w:t>
      </w:r>
      <w:r w:rsidRPr="1250BA89" w:rsidR="261289B9">
        <w:rPr>
          <w:noProof w:val="0"/>
          <w:lang w:val="pl-PL"/>
        </w:rPr>
        <w:t>za</w:t>
      </w:r>
      <w:r w:rsidRPr="1250BA89" w:rsidR="261289B9">
        <w:rPr>
          <w:noProof w:val="0"/>
          <w:lang w:val="pl-PL"/>
        </w:rPr>
        <w:t>wodów</w:t>
      </w:r>
      <w:r w:rsidRPr="1250BA89" w:rsidR="261289B9">
        <w:rPr>
          <w:noProof w:val="0"/>
          <w:lang w:val="pl-PL"/>
        </w:rPr>
        <w:t xml:space="preserve"> jest </w:t>
      </w:r>
      <w:r w:rsidRPr="1250BA89" w:rsidR="4FF3F24D">
        <w:rPr>
          <w:noProof w:val="0"/>
          <w:lang w:val="pl-PL"/>
        </w:rPr>
        <w:t>Fundacja</w:t>
      </w:r>
      <w:r w:rsidRPr="1250BA89" w:rsidR="4FF3F24D">
        <w:rPr>
          <w:noProof w:val="0"/>
          <w:lang w:val="pl-PL"/>
        </w:rPr>
        <w:t xml:space="preserve"> Roberta </w:t>
      </w:r>
      <w:r w:rsidRPr="1250BA89" w:rsidR="4FF3F24D">
        <w:rPr>
          <w:noProof w:val="0"/>
          <w:lang w:val="pl-PL"/>
        </w:rPr>
        <w:t>Korzeniowskiego</w:t>
      </w:r>
      <w:r w:rsidRPr="1250BA89" w:rsidR="4FF3F24D">
        <w:rPr>
          <w:noProof w:val="0"/>
          <w:lang w:val="pl-PL"/>
        </w:rPr>
        <w:t xml:space="preserve">, Ul. </w:t>
      </w:r>
      <w:r w:rsidRPr="1250BA89" w:rsidR="4FF3F24D">
        <w:rPr>
          <w:noProof w:val="0"/>
          <w:lang w:val="pl-PL"/>
        </w:rPr>
        <w:t>Nowoursynowska</w:t>
      </w:r>
      <w:r w:rsidRPr="1250BA89" w:rsidR="4FF3F24D">
        <w:rPr>
          <w:noProof w:val="0"/>
          <w:lang w:val="pl-PL"/>
        </w:rPr>
        <w:t xml:space="preserve"> 121d, 02-797 Warszawa, </w:t>
      </w:r>
      <w:hyperlink r:id="Rbe50e7eeb51d4844">
        <w:r w:rsidRPr="1250BA89" w:rsidR="4FF3F24D">
          <w:rPr>
            <w:rStyle w:val="Hipercze"/>
            <w:noProof w:val="0"/>
            <w:lang w:val="pl-PL"/>
          </w:rPr>
          <w:t>klub@rkathletics.com</w:t>
        </w:r>
      </w:hyperlink>
      <w:r w:rsidRPr="1250BA89" w:rsidR="4FF3F24D">
        <w:rPr>
          <w:noProof w:val="0"/>
          <w:lang w:val="pl-PL"/>
        </w:rPr>
        <w:t xml:space="preserve">, RK Athletics </w:t>
      </w:r>
      <w:r w:rsidRPr="1250BA89" w:rsidR="4FF3F24D">
        <w:rPr>
          <w:noProof w:val="0"/>
          <w:lang w:val="pl-PL"/>
        </w:rPr>
        <w:t>Sp</w:t>
      </w:r>
      <w:r w:rsidRPr="1250BA89" w:rsidR="4FF3F24D">
        <w:rPr>
          <w:noProof w:val="0"/>
          <w:lang w:val="pl-PL"/>
        </w:rPr>
        <w:t xml:space="preserve"> z </w:t>
      </w:r>
      <w:r w:rsidRPr="1250BA89" w:rsidR="4FF3F24D">
        <w:rPr>
          <w:noProof w:val="0"/>
          <w:lang w:val="pl-PL"/>
        </w:rPr>
        <w:t>o.o</w:t>
      </w:r>
      <w:r w:rsidRPr="1250BA89" w:rsidR="4FF3F24D">
        <w:rPr>
          <w:noProof w:val="0"/>
          <w:lang w:val="pl-PL"/>
        </w:rPr>
        <w:t xml:space="preserve">, ul. </w:t>
      </w:r>
      <w:r w:rsidRPr="1250BA89" w:rsidR="4FF3F24D">
        <w:rPr>
          <w:noProof w:val="0"/>
          <w:lang w:val="pl-PL"/>
        </w:rPr>
        <w:t>Nowoursynowska</w:t>
      </w:r>
      <w:r w:rsidRPr="1250BA89" w:rsidR="4FF3F24D">
        <w:rPr>
          <w:noProof w:val="0"/>
          <w:lang w:val="pl-PL"/>
        </w:rPr>
        <w:t xml:space="preserve"> 121d, 02-797 Warszawa, klub@rkathletics.com</w:t>
      </w:r>
      <w:r w:rsidRPr="1250BA89" w:rsidR="261289B9">
        <w:rPr>
          <w:noProof w:val="0"/>
          <w:lang w:val="pl-PL"/>
        </w:rPr>
        <w:t xml:space="preserve">. </w:t>
      </w:r>
    </w:p>
    <w:p w:rsidR="000958DD" w:rsidP="1250BA89" w:rsidRDefault="00000000" w14:paraId="45559A96" w14:textId="6BDC985F">
      <w:pPr>
        <w:rPr>
          <w:noProof w:val="0"/>
          <w:lang w:val="pl-PL"/>
        </w:rPr>
      </w:pPr>
      <w:r w:rsidRPr="1250BA89" w:rsidR="261289B9">
        <w:rPr>
          <w:noProof w:val="0"/>
          <w:lang w:val="pl-PL"/>
        </w:rPr>
        <w:t xml:space="preserve">2. </w:t>
      </w:r>
      <w:r w:rsidRPr="1250BA89" w:rsidR="261289B9">
        <w:rPr>
          <w:noProof w:val="0"/>
          <w:lang w:val="pl-PL"/>
        </w:rPr>
        <w:t>Zlecający</w:t>
      </w:r>
      <w:r w:rsidRPr="1250BA89" w:rsidR="392666BC">
        <w:rPr>
          <w:noProof w:val="0"/>
          <w:lang w:val="pl-PL"/>
        </w:rPr>
        <w:t>:</w:t>
      </w:r>
      <w:r w:rsidRPr="1250BA89" w:rsidR="261289B9">
        <w:rPr>
          <w:noProof w:val="0"/>
          <w:lang w:val="pl-PL"/>
        </w:rPr>
        <w:t xml:space="preserve"> </w:t>
      </w:r>
      <w:r w:rsidRPr="1250BA89" w:rsidR="4FF3F24D">
        <w:rPr>
          <w:noProof w:val="0"/>
          <w:lang w:val="pl-PL"/>
        </w:rPr>
        <w:t>Ośrodek</w:t>
      </w:r>
      <w:r w:rsidRPr="1250BA89" w:rsidR="4FF3F24D">
        <w:rPr>
          <w:noProof w:val="0"/>
          <w:lang w:val="pl-PL"/>
        </w:rPr>
        <w:t xml:space="preserve"> </w:t>
      </w:r>
      <w:r w:rsidRPr="1250BA89" w:rsidR="4FF3F24D">
        <w:rPr>
          <w:noProof w:val="0"/>
          <w:lang w:val="pl-PL"/>
        </w:rPr>
        <w:t>Sportu</w:t>
      </w:r>
      <w:r w:rsidRPr="1250BA89" w:rsidR="4FF3F24D">
        <w:rPr>
          <w:noProof w:val="0"/>
          <w:lang w:val="pl-PL"/>
        </w:rPr>
        <w:t xml:space="preserve"> I </w:t>
      </w:r>
      <w:r w:rsidRPr="1250BA89" w:rsidR="4FF3F24D">
        <w:rPr>
          <w:noProof w:val="0"/>
          <w:lang w:val="pl-PL"/>
        </w:rPr>
        <w:t>Rekreacji</w:t>
      </w:r>
      <w:r w:rsidRPr="1250BA89" w:rsidR="4FF3F24D">
        <w:rPr>
          <w:noProof w:val="0"/>
          <w:lang w:val="pl-PL"/>
        </w:rPr>
        <w:t xml:space="preserve"> m.st. </w:t>
      </w:r>
      <w:r w:rsidRPr="1250BA89" w:rsidR="4FF3F24D">
        <w:rPr>
          <w:noProof w:val="0"/>
          <w:lang w:val="pl-PL"/>
        </w:rPr>
        <w:t>Warszawy</w:t>
      </w:r>
      <w:r w:rsidRPr="1250BA89" w:rsidR="4FF3F24D">
        <w:rPr>
          <w:noProof w:val="0"/>
          <w:lang w:val="pl-PL"/>
        </w:rPr>
        <w:t xml:space="preserve"> w </w:t>
      </w:r>
      <w:r w:rsidRPr="1250BA89" w:rsidR="4FF3F24D">
        <w:rPr>
          <w:noProof w:val="0"/>
          <w:lang w:val="pl-PL"/>
        </w:rPr>
        <w:t>Dzielnicy</w:t>
      </w:r>
      <w:r w:rsidRPr="1250BA89" w:rsidR="4FF3F24D">
        <w:rPr>
          <w:noProof w:val="0"/>
          <w:lang w:val="pl-PL"/>
        </w:rPr>
        <w:t xml:space="preserve"> Wawer</w:t>
      </w:r>
      <w:r w:rsidRPr="1250BA89" w:rsidR="261289B9">
        <w:rPr>
          <w:noProof w:val="0"/>
          <w:lang w:val="pl-PL"/>
        </w:rPr>
        <w:t xml:space="preserve">, </w:t>
      </w:r>
      <w:r w:rsidRPr="1250BA89" w:rsidR="4FF3F24D">
        <w:rPr>
          <w:noProof w:val="0"/>
          <w:lang w:val="pl-PL"/>
        </w:rPr>
        <w:t xml:space="preserve">ul. V </w:t>
      </w:r>
      <w:r w:rsidRPr="1250BA89" w:rsidR="4FF3F24D">
        <w:rPr>
          <w:noProof w:val="0"/>
          <w:lang w:val="pl-PL"/>
        </w:rPr>
        <w:t>Poprzeczna</w:t>
      </w:r>
      <w:r w:rsidRPr="1250BA89" w:rsidR="4FF3F24D">
        <w:rPr>
          <w:noProof w:val="0"/>
          <w:lang w:val="pl-PL"/>
        </w:rPr>
        <w:t xml:space="preserve"> 22</w:t>
      </w:r>
      <w:r w:rsidRPr="1250BA89" w:rsidR="392666BC">
        <w:rPr>
          <w:noProof w:val="0"/>
          <w:lang w:val="pl-PL"/>
        </w:rPr>
        <w:t>,04-611 Warszawa</w:t>
      </w:r>
      <w:r w:rsidRPr="1250BA89" w:rsidR="261289B9">
        <w:rPr>
          <w:noProof w:val="0"/>
          <w:lang w:val="pl-PL"/>
        </w:rPr>
        <w:t xml:space="preserve">, jest </w:t>
      </w:r>
      <w:r w:rsidRPr="1250BA89" w:rsidR="261289B9">
        <w:rPr>
          <w:noProof w:val="0"/>
          <w:lang w:val="pl-PL"/>
        </w:rPr>
        <w:t>odrębnym</w:t>
      </w:r>
      <w:r w:rsidRPr="1250BA89" w:rsidR="261289B9">
        <w:rPr>
          <w:noProof w:val="0"/>
          <w:lang w:val="pl-PL"/>
        </w:rPr>
        <w:t xml:space="preserve"> </w:t>
      </w:r>
      <w:r w:rsidRPr="1250BA89" w:rsidR="261289B9">
        <w:rPr>
          <w:noProof w:val="0"/>
          <w:lang w:val="pl-PL"/>
        </w:rPr>
        <w:t>administratorem</w:t>
      </w:r>
      <w:r w:rsidRPr="1250BA89" w:rsidR="261289B9">
        <w:rPr>
          <w:noProof w:val="0"/>
          <w:lang w:val="pl-PL"/>
        </w:rPr>
        <w:t xml:space="preserve"> danych w zakresie materiałów foto/wideo, które samodzielnie utrwala lub otrzymuje i wykorzystuje we własnych kanałach komunikacji, o ile strony nie ustalą współadministracji w rozumieniu art. 26 RODO.</w:t>
      </w:r>
    </w:p>
    <w:p w:rsidR="000958DD" w:rsidP="1250BA89" w:rsidRDefault="00000000" w14:paraId="0018589E" w14:textId="77777777">
      <w:pPr>
        <w:rPr>
          <w:noProof w:val="0"/>
          <w:lang w:val="pl-PL"/>
        </w:rPr>
      </w:pPr>
      <w:r w:rsidRPr="1250BA89" w:rsidR="261289B9">
        <w:rPr>
          <w:noProof w:val="0"/>
          <w:lang w:val="pl-PL"/>
        </w:rPr>
        <w:t>3. Dane uczestników mogą być przetwarzane w szczególności w celu przyjęcia i obsługi zgłoszenia, przeprowadzenia zawodów, identyfikacji zawodników, komunikacji organizacyjnej, zapewnienia bezpieczeństwa, ustalenia i publikacji wyników, obsługi ewentualnych roszczeń oraz – w przypadku odrębnej zgody – w celu publikacji indywidualnego wizerunku i materiałów promocyjnych.</w:t>
      </w:r>
    </w:p>
    <w:p w:rsidR="000958DD" w:rsidP="1250BA89" w:rsidRDefault="00000000" w14:paraId="410C5CFF" w14:textId="77777777">
      <w:pPr>
        <w:rPr>
          <w:noProof w:val="0"/>
          <w:lang w:val="pl-PL"/>
        </w:rPr>
      </w:pPr>
      <w:r w:rsidRPr="1250BA89" w:rsidR="261289B9">
        <w:rPr>
          <w:noProof w:val="0"/>
          <w:lang w:val="pl-PL"/>
        </w:rPr>
        <w:t>4. Podstawą przetwarzania danych jest, zależnie od celu, art. 6 ust. 1 lit. b RODO (działania związane ze zgłoszeniem i udziałem), art. 6 ust. 1 lit. c RODO (obowiązki prawne), art. 6 ust. 1 lit. f RODO (prawnie uzasadnione interesy, w szczególności organizacja, bezpieczeństwo, dokumentacja przebiegu imprezy, dochodzenie lub obrona roszczeń i publikacja wyników) oraz art. 6 ust. 1 lit. a RODO w zakresie, w jakim przetwarzanie opiera się na dobrowolnej zgodzie.</w:t>
      </w:r>
    </w:p>
    <w:p w:rsidR="000958DD" w:rsidP="1250BA89" w:rsidRDefault="00000000" w14:paraId="125873F0" w14:textId="77777777">
      <w:pPr>
        <w:rPr>
          <w:noProof w:val="0"/>
          <w:lang w:val="pl-PL"/>
        </w:rPr>
      </w:pPr>
      <w:r w:rsidRPr="1250BA89" w:rsidR="261289B9">
        <w:rPr>
          <w:noProof w:val="0"/>
          <w:lang w:val="pl-PL"/>
        </w:rPr>
        <w:t>5. Wyniki zawodów mogą zostać opublikowane w zakresie niezbędnym dla celów sportowych i informacyjnych, w szczególności poprzez podanie imienia i nazwiska uczestnika, kategorii wiekowej, reprezentowanego klubu lub szkoły (jeśli podano) oraz uzyskanego wyniku lub miejsca.</w:t>
      </w:r>
    </w:p>
    <w:p w:rsidR="000958DD" w:rsidP="1250BA89" w:rsidRDefault="00000000" w14:paraId="6664825F" w14:textId="77777777">
      <w:pPr>
        <w:rPr>
          <w:noProof w:val="0"/>
          <w:lang w:val="pl-PL"/>
        </w:rPr>
      </w:pPr>
      <w:r w:rsidRPr="1250BA89" w:rsidR="261289B9">
        <w:rPr>
          <w:noProof w:val="0"/>
          <w:lang w:val="pl-PL"/>
        </w:rPr>
        <w:t>6. Dane będą przechowywane przez okres niezbędny do realizacji zawodów, a następnie przez okres wymagany przepisami prawa lub niezbędny do ustalenia, dochodzenia albo obrony roszczeń. Dane przetwarzane na podstawie zgody będą przetwarzane do czasu jej wycofania albo do zakończenia celu, dla którego zgoda została udzielona, z uwzględnieniem zgodności z prawem działań podjętych przed jej wycofaniem.</w:t>
      </w:r>
    </w:p>
    <w:p w:rsidR="000958DD" w:rsidP="1250BA89" w:rsidRDefault="00000000" w14:paraId="38EA5B97" w14:textId="77777777">
      <w:pPr>
        <w:rPr>
          <w:noProof w:val="0"/>
          <w:lang w:val="pl-PL"/>
        </w:rPr>
      </w:pPr>
      <w:r w:rsidRPr="1250BA89" w:rsidR="261289B9">
        <w:rPr>
          <w:noProof w:val="0"/>
          <w:lang w:val="pl-PL"/>
        </w:rPr>
        <w:t>7. Odbiorcami danych mogą być podmioty świadczące na rzecz Organizatora lub Zlecającego usługi niezbędne do organizacji zawodów, w tym dostawcy systemu zapisów, obsługa IT, sędziowie, obsługa medyczna, fotografowie, operatorzy wideo i podmioty wspierające publikację materiałów, wyłącznie w zakresie niezbędnym do realizacji ich zadań i na odpowiedniej podstawie prawnej.</w:t>
      </w:r>
    </w:p>
    <w:p w:rsidR="000958DD" w:rsidP="1250BA89" w:rsidRDefault="00000000" w14:paraId="11C88AF9" w14:textId="77777777">
      <w:pPr>
        <w:rPr>
          <w:noProof w:val="0"/>
          <w:lang w:val="pl-PL"/>
        </w:rPr>
      </w:pPr>
      <w:r w:rsidRPr="1250BA89" w:rsidR="261289B9">
        <w:rPr>
          <w:noProof w:val="0"/>
          <w:lang w:val="pl-PL"/>
        </w:rPr>
        <w:t xml:space="preserve">8. Osobie, której dane dotyczą, przysługują – w zakresie wynikającym z RODO – prawa dostępu do danych, ich sprostowania, usunięcia, ograniczenia przetwarzania, przenoszenia danych, wniesienia </w:t>
      </w:r>
      <w:r w:rsidRPr="1250BA89" w:rsidR="261289B9">
        <w:rPr>
          <w:noProof w:val="0"/>
          <w:lang w:val="pl-PL"/>
        </w:rPr>
        <w:t>sprzeciwu, a w przypadku przetwarzania opartego na zgodzie także prawo jej wycofania w dowolnym momencie. Przysługuje również prawo wniesienia skargi do Prezesa Urzędu Ochrony Danych Osobowych.</w:t>
      </w:r>
    </w:p>
    <w:p w:rsidR="000958DD" w:rsidP="1250BA89" w:rsidRDefault="00000000" w14:paraId="55882123" w14:textId="77777777">
      <w:pPr>
        <w:rPr>
          <w:noProof w:val="0"/>
          <w:lang w:val="pl-PL"/>
        </w:rPr>
      </w:pPr>
      <w:r w:rsidRPr="1250BA89" w:rsidR="261289B9">
        <w:rPr>
          <w:noProof w:val="0"/>
          <w:lang w:val="pl-PL"/>
        </w:rPr>
        <w:t>9. Szczegółowa klauzula informacyjna zgodna z art. 13 RODO stanowi załącznik do Regulaminu i powinna być udostępniona również przy formularzu zgłoszeniowym.</w:t>
      </w:r>
    </w:p>
    <w:p w:rsidR="000958DD" w:rsidP="1250BA89" w:rsidRDefault="00000000" w14:paraId="626C1BC5" w14:textId="77777777">
      <w:pPr>
        <w:pStyle w:val="Nagwek1"/>
        <w:rPr>
          <w:noProof w:val="0"/>
          <w:lang w:val="pl-PL"/>
        </w:rPr>
      </w:pPr>
      <w:r w:rsidRPr="1250BA89" w:rsidR="261289B9">
        <w:rPr>
          <w:noProof w:val="0"/>
          <w:lang w:val="pl-PL"/>
        </w:rPr>
        <w:t>XI. Zmiany Regulaminu i postanowienia końcowe</w:t>
      </w:r>
    </w:p>
    <w:p w:rsidR="000958DD" w:rsidP="1250BA89" w:rsidRDefault="00000000" w14:paraId="68724F86" w14:textId="77777777">
      <w:pPr>
        <w:rPr>
          <w:noProof w:val="0"/>
          <w:lang w:val="pl-PL"/>
        </w:rPr>
      </w:pPr>
      <w:r w:rsidRPr="1250BA89" w:rsidR="261289B9">
        <w:rPr>
          <w:noProof w:val="0"/>
          <w:lang w:val="pl-PL"/>
        </w:rPr>
        <w:t>1. Organizator może zmienić Regulamin wyłącznie z ważnych przyczyn, w szczególności z powodu zmian organizacyjnych, bezpieczeństwa, zmian przepisów prawa, decyzji zarządcy obiektu lub organów publicznych albo okoliczności niezależnych od Organizatora.</w:t>
      </w:r>
    </w:p>
    <w:p w:rsidR="000958DD" w:rsidP="1250BA89" w:rsidRDefault="00000000" w14:paraId="0461A44C" w14:textId="77777777">
      <w:pPr>
        <w:rPr>
          <w:noProof w:val="0"/>
          <w:lang w:val="pl-PL"/>
        </w:rPr>
      </w:pPr>
      <w:r w:rsidRPr="1250BA89" w:rsidR="261289B9">
        <w:rPr>
          <w:noProof w:val="0"/>
          <w:lang w:val="pl-PL"/>
        </w:rPr>
        <w:t>2. Zmiany nie mogą pozbawiać uczestników praw nabytych ani nakładać na nich nowych obowiązków wstecznie, chyba że jest to niezbędne z uwagi na bezwzględnie obowiązujące przepisy prawa lub bezpieczeństwo uczestników.</w:t>
      </w:r>
    </w:p>
    <w:p w:rsidR="000958DD" w:rsidP="1250BA89" w:rsidRDefault="00000000" w14:paraId="30E89834" w14:textId="77777777">
      <w:pPr>
        <w:rPr>
          <w:noProof w:val="0"/>
          <w:lang w:val="pl-PL"/>
        </w:rPr>
      </w:pPr>
      <w:r w:rsidRPr="1250BA89" w:rsidR="261289B9">
        <w:rPr>
          <w:noProof w:val="0"/>
          <w:lang w:val="pl-PL"/>
        </w:rPr>
        <w:t>3. O istotnych zmianach Organizator poinformuje poprzez publikację aktualnej wersji Regulaminu na stronie internetowej, a jeżeli zmiana nastąpi po dokonaniu zgłoszeń i ma znaczenie dla udziału w zawodach – również, w miarę możliwości, drogą elektroniczną na adres podany przy zgłoszeniu.</w:t>
      </w:r>
    </w:p>
    <w:p w:rsidR="000958DD" w:rsidP="1250BA89" w:rsidRDefault="00000000" w14:paraId="6623DD41" w14:textId="77777777">
      <w:pPr>
        <w:rPr>
          <w:noProof w:val="0"/>
          <w:lang w:val="pl-PL"/>
        </w:rPr>
      </w:pPr>
      <w:r w:rsidRPr="1250BA89" w:rsidR="261289B9">
        <w:rPr>
          <w:noProof w:val="0"/>
          <w:lang w:val="pl-PL"/>
        </w:rPr>
        <w:t>4. W sprawach organizacyjnych nieuregulowanych Regulaminem decyzje podejmuje Organizator z poszanowaniem obowiązujących przepisów prawa, zasad bezpieczeństwa i praw uczestników.</w:t>
      </w:r>
    </w:p>
    <w:p w:rsidR="000958DD" w:rsidP="1250BA89" w:rsidRDefault="00000000" w14:paraId="08EBE2B4" w14:textId="77777777">
      <w:pPr>
        <w:rPr>
          <w:noProof w:val="0"/>
          <w:lang w:val="pl-PL"/>
        </w:rPr>
      </w:pPr>
      <w:r w:rsidRPr="1250BA89" w:rsidR="261289B9">
        <w:rPr>
          <w:noProof w:val="0"/>
          <w:lang w:val="pl-PL"/>
        </w:rPr>
        <w:t>5. Regulamin obowiązuje od dnia jego publikacji.</w:t>
      </w:r>
    </w:p>
    <w:p w:rsidR="000958DD" w:rsidP="1250BA89" w:rsidRDefault="00000000" w14:paraId="5C64CFEE" w14:textId="77777777">
      <w:pPr>
        <w:rPr>
          <w:noProof w:val="0"/>
          <w:lang w:val="pl-PL"/>
        </w:rPr>
      </w:pPr>
      <w:r w:rsidRPr="1250BA89">
        <w:rPr>
          <w:noProof w:val="0"/>
          <w:lang w:val="pl-PL"/>
        </w:rPr>
        <w:br w:type="page"/>
      </w:r>
    </w:p>
    <w:p w:rsidR="000958DD" w:rsidP="1250BA89" w:rsidRDefault="00000000" w14:paraId="2289D4AD" w14:textId="77777777">
      <w:pPr>
        <w:pStyle w:val="Nagwek1"/>
        <w:rPr>
          <w:noProof w:val="0"/>
          <w:lang w:val="pl-PL"/>
        </w:rPr>
      </w:pPr>
      <w:r w:rsidRPr="1250BA89" w:rsidR="261289B9">
        <w:rPr>
          <w:noProof w:val="0"/>
          <w:lang w:val="pl-PL"/>
        </w:rPr>
        <w:t>ZAŁĄCZNIK NR 1</w:t>
      </w:r>
    </w:p>
    <w:p w:rsidR="000958DD" w:rsidP="1250BA89" w:rsidRDefault="00000000" w14:paraId="1CB0A3F4" w14:textId="77777777">
      <w:pPr>
        <w:jc w:val="center"/>
        <w:rPr>
          <w:b w:val="1"/>
          <w:bCs w:val="1"/>
          <w:noProof w:val="0"/>
          <w:sz w:val="26"/>
          <w:szCs w:val="26"/>
          <w:lang w:val="pl-PL"/>
        </w:rPr>
      </w:pPr>
      <w:r w:rsidRPr="1250BA89" w:rsidR="261289B9">
        <w:rPr>
          <w:b w:val="1"/>
          <w:bCs w:val="1"/>
          <w:noProof w:val="0"/>
          <w:sz w:val="26"/>
          <w:szCs w:val="26"/>
          <w:lang w:val="pl-PL"/>
        </w:rPr>
        <w:t>ZEZWOLENIE / ZGODA NA UTRWALANIE I ROZPOWSZECHNIANIE INDYWIDUALNEGO WIZERUNKU</w:t>
      </w:r>
    </w:p>
    <w:p w:rsidR="000958DD" w:rsidP="1250BA89" w:rsidRDefault="00000000" w14:paraId="3F8E7679" w14:textId="77777777">
      <w:pPr>
        <w:rPr>
          <w:i w:val="1"/>
          <w:iCs w:val="1"/>
          <w:noProof w:val="0"/>
          <w:lang w:val="pl-PL"/>
        </w:rPr>
      </w:pPr>
      <w:r w:rsidRPr="1250BA89" w:rsidR="261289B9">
        <w:rPr>
          <w:noProof w:val="0"/>
          <w:lang w:val="pl-PL"/>
        </w:rPr>
        <w:t>Dotyczy zawodów RK Athletics CUP – Wawerski cykl lekkoatletyczny – czwórbój lekkoatletyczny, 26 września 2026 r., Warszawa.</w:t>
      </w:r>
      <w:r>
        <w:br/>
      </w:r>
      <w:r w:rsidRPr="1250BA89" w:rsidR="261289B9">
        <w:rPr>
          <w:i w:val="1"/>
          <w:iCs w:val="1"/>
          <w:noProof w:val="0"/>
          <w:lang w:val="pl-PL"/>
        </w:rPr>
        <w:t>Wypełnia pełnoletni uczestnik albo rodzic/opiekun prawny uczestnika małoletniego. Zgody poniżej są dobrowolne i ich brak nie wpływa na możliwość udziału w zawodach.</w:t>
      </w:r>
    </w:p>
    <w:p w:rsidR="000958DD" w:rsidP="1250BA89" w:rsidRDefault="00000000" w14:paraId="5763C796" w14:textId="77777777">
      <w:pPr>
        <w:rPr>
          <w:noProof w:val="0"/>
          <w:lang w:val="pl-PL"/>
        </w:rPr>
      </w:pPr>
      <w:r w:rsidRPr="1250BA89" w:rsidR="261289B9">
        <w:rPr>
          <w:b w:val="1"/>
          <w:bCs w:val="1"/>
          <w:noProof w:val="0"/>
          <w:lang w:val="pl-PL"/>
        </w:rPr>
        <w:t xml:space="preserve">Imię i nazwisko uczestnika: </w:t>
      </w:r>
      <w:r w:rsidRPr="1250BA89" w:rsidR="261289B9">
        <w:rPr>
          <w:noProof w:val="0"/>
          <w:lang w:val="pl-PL"/>
        </w:rPr>
        <w:t>................................................................................................</w:t>
      </w:r>
    </w:p>
    <w:p w:rsidR="000958DD" w:rsidP="1250BA89" w:rsidRDefault="00000000" w14:paraId="29ECB836" w14:textId="77777777">
      <w:pPr>
        <w:rPr>
          <w:noProof w:val="0"/>
          <w:lang w:val="pl-PL"/>
        </w:rPr>
      </w:pPr>
      <w:r w:rsidRPr="1250BA89" w:rsidR="261289B9">
        <w:rPr>
          <w:b w:val="1"/>
          <w:bCs w:val="1"/>
          <w:noProof w:val="0"/>
          <w:lang w:val="pl-PL"/>
        </w:rPr>
        <w:t xml:space="preserve">Rok urodzenia uczestnika: </w:t>
      </w:r>
      <w:r w:rsidRPr="1250BA89" w:rsidR="261289B9">
        <w:rPr>
          <w:noProof w:val="0"/>
          <w:lang w:val="pl-PL"/>
        </w:rPr>
        <w:t>........................</w:t>
      </w:r>
    </w:p>
    <w:p w:rsidR="000958DD" w:rsidP="1250BA89" w:rsidRDefault="00000000" w14:paraId="7963A69D" w14:textId="77777777">
      <w:pPr>
        <w:rPr>
          <w:noProof w:val="0"/>
          <w:lang w:val="pl-PL"/>
        </w:rPr>
      </w:pPr>
      <w:r w:rsidRPr="1250BA89" w:rsidR="261289B9">
        <w:rPr>
          <w:b w:val="1"/>
          <w:bCs w:val="1"/>
          <w:noProof w:val="0"/>
          <w:lang w:val="pl-PL"/>
        </w:rPr>
        <w:t xml:space="preserve">Imię i nazwisko rodzica/opiekuna prawnego (jeśli dotyczy): </w:t>
      </w:r>
      <w:r w:rsidRPr="1250BA89" w:rsidR="261289B9">
        <w:rPr>
          <w:noProof w:val="0"/>
          <w:lang w:val="pl-PL"/>
        </w:rPr>
        <w:t>................................................................</w:t>
      </w:r>
    </w:p>
    <w:p w:rsidR="000958DD" w:rsidP="1250BA89" w:rsidRDefault="00000000" w14:paraId="7EFBBB4F" w14:textId="77777777">
      <w:pPr>
        <w:rPr>
          <w:noProof w:val="0"/>
          <w:lang w:val="pl-PL"/>
        </w:rPr>
      </w:pPr>
      <w:r w:rsidRPr="1250BA89" w:rsidR="261289B9">
        <w:rPr>
          <w:noProof w:val="0"/>
          <w:lang w:val="pl-PL"/>
        </w:rPr>
        <w:t>Oświadczam, że jestem uprawniony/-a do udzielenia poniższych zezwoleń i zgód oraz wybieram następujący zakres:</w:t>
      </w:r>
    </w:p>
    <w:p w:rsidR="000958DD" w:rsidP="1250BA89" w:rsidRDefault="00000000" w14:paraId="1A4DC3A8" w14:textId="77777777">
      <w:pPr>
        <w:ind w:left="227"/>
        <w:rPr>
          <w:noProof w:val="0"/>
          <w:lang w:val="pl-PL"/>
        </w:rPr>
      </w:pPr>
      <w:r w:rsidRPr="1250BA89" w:rsidR="261289B9">
        <w:rPr>
          <w:b w:val="1"/>
          <w:bCs w:val="1"/>
          <w:noProof w:val="0"/>
          <w:lang w:val="pl-PL"/>
        </w:rPr>
        <w:t xml:space="preserve">☐ </w:t>
      </w:r>
      <w:r w:rsidRPr="1250BA89" w:rsidR="261289B9">
        <w:rPr>
          <w:noProof w:val="0"/>
          <w:lang w:val="pl-PL"/>
        </w:rPr>
        <w:t>ZGODA A – RELACJA Z WYDARZENIA. Zezwalam Organizatorowi oraz Zlecającemu na utrwalanie i rozpowszechnianie fotografii i nagrań wideo, na których uczestnik jest głównym lub wyraźnie wyeksponowanym elementem kadru, w celu przygotowania i publikacji relacji z wydarzenia w ich własnych kanałach: stronach internetowych, profilach w mediach społecznościowych i materiałach podsumowujących wydarzenie. Zgoda obejmuje okres 3 lat od dnia wydarzenia.</w:t>
      </w:r>
    </w:p>
    <w:p w:rsidR="000958DD" w:rsidP="1250BA89" w:rsidRDefault="00000000" w14:paraId="3457C48C" w14:textId="77777777">
      <w:pPr>
        <w:ind w:left="227"/>
        <w:rPr>
          <w:noProof w:val="0"/>
          <w:lang w:val="pl-PL"/>
        </w:rPr>
      </w:pPr>
      <w:r w:rsidRPr="1250BA89" w:rsidR="261289B9">
        <w:rPr>
          <w:b w:val="1"/>
          <w:bCs w:val="1"/>
          <w:noProof w:val="0"/>
          <w:lang w:val="pl-PL"/>
        </w:rPr>
        <w:t xml:space="preserve">☐ </w:t>
      </w:r>
      <w:r w:rsidRPr="1250BA89" w:rsidR="261289B9">
        <w:rPr>
          <w:noProof w:val="0"/>
          <w:lang w:val="pl-PL"/>
        </w:rPr>
        <w:t>ZGODA B – PROMOCJA KOLEJNYCH EDYCJI. Zezwalam Organizatorowi oraz Zlecającemu na wykorzystanie wybranych fotografii i fragmentów nagrań z wizerunkiem uczestnika do informowania o kolejnych edycjach tego samego cyklu wydarzeń, w ich własnych stronach internetowych, profilach społecznościowych i materiałach informacyjnych, przez okres 3 lat od dnia wydarzenia.</w:t>
      </w:r>
    </w:p>
    <w:p w:rsidR="000958DD" w:rsidP="1250BA89" w:rsidRDefault="00000000" w14:paraId="261BF166" w14:textId="77777777">
      <w:pPr>
        <w:ind w:left="227"/>
        <w:rPr>
          <w:noProof w:val="0"/>
          <w:lang w:val="pl-PL"/>
        </w:rPr>
      </w:pPr>
      <w:r w:rsidRPr="1250BA89" w:rsidR="261289B9">
        <w:rPr>
          <w:b w:val="1"/>
          <w:bCs w:val="1"/>
          <w:noProof w:val="0"/>
          <w:lang w:val="pl-PL"/>
        </w:rPr>
        <w:t xml:space="preserve">☐ </w:t>
      </w:r>
      <w:r w:rsidRPr="1250BA89" w:rsidR="261289B9">
        <w:rPr>
          <w:noProof w:val="0"/>
          <w:lang w:val="pl-PL"/>
        </w:rPr>
        <w:t>ZGODA C – WYPOWIEDŹ / WYWIAD. Zezwalam na utrwalenie i publikację wypowiedzi uczestnika wraz z jego wizerunkiem i głosem w relacji z wydarzenia, w kanałach wskazanych w Zgodzie A, przez okres 3 lat od dnia wydarzenia.</w:t>
      </w:r>
    </w:p>
    <w:p w:rsidR="000958DD" w:rsidP="1250BA89" w:rsidRDefault="00000000" w14:paraId="190894EC" w14:textId="77777777">
      <w:pPr>
        <w:rPr>
          <w:noProof w:val="0"/>
          <w:lang w:val="pl-PL"/>
        </w:rPr>
      </w:pPr>
      <w:r w:rsidRPr="1250BA89" w:rsidR="261289B9">
        <w:rPr>
          <w:b w:val="1"/>
          <w:bCs w:val="1"/>
          <w:noProof w:val="0"/>
          <w:lang w:val="pl-PL"/>
        </w:rPr>
        <w:t xml:space="preserve">Zastrzeżenie: </w:t>
      </w:r>
      <w:r w:rsidRPr="1250BA89" w:rsidR="261289B9">
        <w:rPr>
          <w:noProof w:val="0"/>
          <w:lang w:val="pl-PL"/>
        </w:rPr>
        <w:t>powyższe zgody nie obejmują wykorzystania wizerunku w płatnych reklamach, kampaniach promujących inne produkty lub usługi ani przekazywania wizerunku sponsorom do ich samodzielnych kampanii marketingowych. Takie wykorzystanie wymaga odrębnej, wyraźnej zgody.</w:t>
      </w:r>
    </w:p>
    <w:p w:rsidR="000958DD" w:rsidP="1250BA89" w:rsidRDefault="00000000" w14:paraId="7945E46B" w14:textId="77777777">
      <w:pPr>
        <w:rPr>
          <w:noProof w:val="0"/>
          <w:lang w:val="pl-PL"/>
        </w:rPr>
      </w:pPr>
      <w:r w:rsidRPr="1250BA89" w:rsidR="261289B9">
        <w:rPr>
          <w:noProof w:val="0"/>
          <w:lang w:val="pl-PL"/>
        </w:rPr>
        <w:t>W zakresie przetwarzania danych osobowych opartego na zgodzie zgoda może zostać wycofana w dowolnym momencie poprzez kontakt z właściwym administratorem wskazanym w klauzuli informacyjnej. Wycofanie zgody nie wpływa na zgodność z prawem przetwarzania dokonanego przed jej wycofaniem. Administrator zaprzestanie dalszego wykorzystywania materiałów w zakresie opartym na zgodzie i podejmie rozsądne działania w celu usunięcia materiału z własnych aktywnych kanałów, jeżeli jest to możliwe.</w:t>
      </w:r>
    </w:p>
    <w:tbl>
      <w:tblPr>
        <w:tblW w:w="0" w:type="auto"/>
        <w:jc w:val="center"/>
        <w:tblLayout w:type="fixed"/>
        <w:tblLook w:val="04A0" w:firstRow="1" w:lastRow="0" w:firstColumn="1" w:lastColumn="0" w:noHBand="0" w:noVBand="1"/>
      </w:tblPr>
      <w:tblGrid>
        <w:gridCol w:w="4986"/>
        <w:gridCol w:w="4986"/>
      </w:tblGrid>
      <w:tr w:rsidR="000958DD" w:rsidTr="1250BA89" w14:paraId="24250EB0" w14:textId="77777777">
        <w:trPr>
          <w:jc w:val="center"/>
        </w:trPr>
        <w:tc>
          <w:tcPr>
            <w:tcW w:w="4986" w:type="dxa"/>
            <w:tcBorders>
              <w:top w:val="nil"/>
              <w:left w:val="nil"/>
              <w:bottom w:val="nil"/>
              <w:right w:val="nil"/>
            </w:tcBorders>
            <w:tcMar/>
            <w:vAlign w:val="center"/>
          </w:tcPr>
          <w:p w:rsidR="000958DD" w:rsidP="1250BA89" w:rsidRDefault="00000000" w14:paraId="0958D00A" w14:textId="77777777">
            <w:pPr>
              <w:rPr>
                <w:noProof w:val="0"/>
                <w:sz w:val="18"/>
                <w:szCs w:val="18"/>
                <w:lang w:val="pl-PL"/>
              </w:rPr>
            </w:pPr>
            <w:r w:rsidRPr="1250BA89" w:rsidR="261289B9">
              <w:rPr>
                <w:noProof w:val="0"/>
                <w:sz w:val="18"/>
                <w:szCs w:val="18"/>
                <w:lang w:val="pl-PL"/>
              </w:rPr>
              <w:t>............................................................</w:t>
            </w:r>
          </w:p>
        </w:tc>
        <w:tc>
          <w:tcPr>
            <w:tcW w:w="4986" w:type="dxa"/>
            <w:tcBorders>
              <w:top w:val="nil"/>
              <w:left w:val="nil"/>
              <w:bottom w:val="nil"/>
              <w:right w:val="nil"/>
            </w:tcBorders>
            <w:tcMar/>
            <w:vAlign w:val="center"/>
          </w:tcPr>
          <w:p w:rsidR="000958DD" w:rsidP="1250BA89" w:rsidRDefault="00000000" w14:paraId="2F31CA27" w14:textId="77777777">
            <w:pPr>
              <w:rPr>
                <w:noProof w:val="0"/>
                <w:sz w:val="18"/>
                <w:szCs w:val="18"/>
                <w:lang w:val="pl-PL"/>
              </w:rPr>
            </w:pPr>
            <w:r w:rsidRPr="1250BA89" w:rsidR="261289B9">
              <w:rPr>
                <w:noProof w:val="0"/>
                <w:sz w:val="18"/>
                <w:szCs w:val="18"/>
                <w:lang w:val="pl-PL"/>
              </w:rPr>
              <w:t>............................................................</w:t>
            </w:r>
          </w:p>
        </w:tc>
      </w:tr>
      <w:tr w:rsidR="000958DD" w:rsidTr="1250BA89" w14:paraId="2E03F13F" w14:textId="77777777">
        <w:trPr>
          <w:jc w:val="center"/>
        </w:trPr>
        <w:tc>
          <w:tcPr>
            <w:tcW w:w="4986" w:type="dxa"/>
            <w:tcBorders>
              <w:top w:val="nil"/>
              <w:left w:val="nil"/>
              <w:bottom w:val="nil"/>
              <w:right w:val="nil"/>
            </w:tcBorders>
            <w:tcMar/>
            <w:vAlign w:val="center"/>
          </w:tcPr>
          <w:p w:rsidR="000958DD" w:rsidP="1250BA89" w:rsidRDefault="00000000" w14:paraId="3CB14B95" w14:textId="77777777">
            <w:pPr>
              <w:rPr>
                <w:noProof w:val="0"/>
                <w:sz w:val="16"/>
                <w:szCs w:val="16"/>
                <w:lang w:val="pl-PL"/>
              </w:rPr>
            </w:pPr>
            <w:r w:rsidRPr="1250BA89" w:rsidR="261289B9">
              <w:rPr>
                <w:noProof w:val="0"/>
                <w:sz w:val="16"/>
                <w:szCs w:val="16"/>
                <w:lang w:val="pl-PL"/>
              </w:rPr>
              <w:t>miejscowość i data</w:t>
            </w:r>
          </w:p>
        </w:tc>
        <w:tc>
          <w:tcPr>
            <w:tcW w:w="4986" w:type="dxa"/>
            <w:tcBorders>
              <w:top w:val="nil"/>
              <w:left w:val="nil"/>
              <w:bottom w:val="nil"/>
              <w:right w:val="nil"/>
            </w:tcBorders>
            <w:tcMar/>
            <w:vAlign w:val="center"/>
          </w:tcPr>
          <w:p w:rsidR="000958DD" w:rsidP="1250BA89" w:rsidRDefault="00000000" w14:paraId="78AD5E34" w14:textId="77777777">
            <w:pPr>
              <w:rPr>
                <w:noProof w:val="0"/>
                <w:sz w:val="16"/>
                <w:szCs w:val="16"/>
                <w:lang w:val="pl-PL"/>
              </w:rPr>
            </w:pPr>
            <w:r w:rsidRPr="1250BA89" w:rsidR="261289B9">
              <w:rPr>
                <w:noProof w:val="0"/>
                <w:sz w:val="16"/>
                <w:szCs w:val="16"/>
                <w:lang w:val="pl-PL"/>
              </w:rPr>
              <w:t>czytelny podpis uczestnika / rodzica / opiekuna prawnego</w:t>
            </w:r>
          </w:p>
        </w:tc>
      </w:tr>
    </w:tbl>
    <w:p w:rsidR="000958DD" w:rsidP="1250BA89" w:rsidRDefault="00000000" w14:paraId="684AB734" w14:textId="77777777">
      <w:pPr>
        <w:rPr>
          <w:noProof w:val="0"/>
          <w:lang w:val="pl-PL"/>
        </w:rPr>
      </w:pPr>
      <w:r w:rsidRPr="1250BA89">
        <w:rPr>
          <w:noProof w:val="0"/>
          <w:lang w:val="pl-PL"/>
        </w:rPr>
        <w:br w:type="page"/>
      </w:r>
    </w:p>
    <w:p w:rsidR="000958DD" w:rsidP="1250BA89" w:rsidRDefault="00000000" w14:paraId="1563445F" w14:textId="77777777">
      <w:pPr>
        <w:pStyle w:val="Nagwek1"/>
        <w:rPr>
          <w:noProof w:val="0"/>
          <w:lang w:val="pl-PL"/>
        </w:rPr>
      </w:pPr>
      <w:r w:rsidRPr="1250BA89" w:rsidR="261289B9">
        <w:rPr>
          <w:noProof w:val="0"/>
          <w:lang w:val="pl-PL"/>
        </w:rPr>
        <w:t>ZAŁĄCZNIK NR 2</w:t>
      </w:r>
    </w:p>
    <w:p w:rsidR="000958DD" w:rsidP="1250BA89" w:rsidRDefault="00000000" w14:paraId="1C42BB5E" w14:textId="77777777">
      <w:pPr>
        <w:jc w:val="center"/>
        <w:rPr>
          <w:b w:val="1"/>
          <w:bCs w:val="1"/>
          <w:noProof w:val="0"/>
          <w:sz w:val="26"/>
          <w:szCs w:val="26"/>
          <w:lang w:val="pl-PL"/>
        </w:rPr>
      </w:pPr>
      <w:r w:rsidRPr="1250BA89" w:rsidR="261289B9">
        <w:rPr>
          <w:b w:val="1"/>
          <w:bCs w:val="1"/>
          <w:noProof w:val="0"/>
          <w:sz w:val="26"/>
          <w:szCs w:val="26"/>
          <w:lang w:val="pl-PL"/>
        </w:rPr>
        <w:t>KLAUZULA INFORMACYJNA RODO DLA UCZESTNIKÓW I RODZICÓW / OPIEKUNÓW</w:t>
      </w:r>
    </w:p>
    <w:p w:rsidR="000958DD" w:rsidP="1250BA89" w:rsidRDefault="00000000" w14:paraId="471ACA3B" w14:textId="245E6194">
      <w:pPr>
        <w:rPr>
          <w:noProof w:val="0"/>
          <w:lang w:val="pl-PL"/>
        </w:rPr>
      </w:pPr>
      <w:r w:rsidRPr="1250BA89" w:rsidR="261289B9">
        <w:rPr>
          <w:b w:val="1"/>
          <w:bCs w:val="1"/>
          <w:noProof w:val="0"/>
          <w:lang w:val="pl-PL"/>
        </w:rPr>
        <w:t xml:space="preserve">Administrator danych: </w:t>
      </w:r>
      <w:r w:rsidRPr="1250BA89" w:rsidR="261289B9">
        <w:rPr>
          <w:noProof w:val="0"/>
          <w:lang w:val="pl-PL"/>
        </w:rPr>
        <w:t xml:space="preserve">Administratorem danych związanych ze zgłoszeniem i </w:t>
      </w:r>
      <w:r w:rsidRPr="1250BA89" w:rsidR="261289B9">
        <w:rPr>
          <w:noProof w:val="0"/>
          <w:lang w:val="pl-PL"/>
        </w:rPr>
        <w:t>organizacją</w:t>
      </w:r>
      <w:r w:rsidRPr="1250BA89" w:rsidR="261289B9">
        <w:rPr>
          <w:noProof w:val="0"/>
          <w:lang w:val="pl-PL"/>
        </w:rPr>
        <w:t xml:space="preserve"> </w:t>
      </w:r>
      <w:r w:rsidRPr="1250BA89" w:rsidR="261289B9">
        <w:rPr>
          <w:noProof w:val="0"/>
          <w:lang w:val="pl-PL"/>
        </w:rPr>
        <w:t>zawodów</w:t>
      </w:r>
      <w:r w:rsidRPr="1250BA89" w:rsidR="261289B9">
        <w:rPr>
          <w:noProof w:val="0"/>
          <w:lang w:val="pl-PL"/>
        </w:rPr>
        <w:t xml:space="preserve"> jest </w:t>
      </w:r>
      <w:r w:rsidRPr="1250BA89" w:rsidR="392666BC">
        <w:rPr>
          <w:noProof w:val="0"/>
          <w:lang w:val="pl-PL"/>
        </w:rPr>
        <w:t>Fundacja</w:t>
      </w:r>
      <w:r w:rsidRPr="1250BA89" w:rsidR="392666BC">
        <w:rPr>
          <w:noProof w:val="0"/>
          <w:lang w:val="pl-PL"/>
        </w:rPr>
        <w:t xml:space="preserve"> Roberta </w:t>
      </w:r>
      <w:r w:rsidRPr="1250BA89" w:rsidR="392666BC">
        <w:rPr>
          <w:noProof w:val="0"/>
          <w:lang w:val="pl-PL"/>
        </w:rPr>
        <w:t>Korzeniowskiego</w:t>
      </w:r>
      <w:r w:rsidRPr="1250BA89" w:rsidR="392666BC">
        <w:rPr>
          <w:noProof w:val="0"/>
          <w:lang w:val="pl-PL"/>
        </w:rPr>
        <w:t xml:space="preserve">, Ul. </w:t>
      </w:r>
      <w:r w:rsidRPr="1250BA89" w:rsidR="392666BC">
        <w:rPr>
          <w:noProof w:val="0"/>
          <w:lang w:val="pl-PL"/>
        </w:rPr>
        <w:t>Nowoursynowska</w:t>
      </w:r>
      <w:r w:rsidRPr="1250BA89" w:rsidR="392666BC">
        <w:rPr>
          <w:noProof w:val="0"/>
          <w:lang w:val="pl-PL"/>
        </w:rPr>
        <w:t xml:space="preserve"> 121d, 02-797 Warszawa, </w:t>
      </w:r>
      <w:hyperlink r:id="R0d591b58062e45c4">
        <w:r w:rsidRPr="1250BA89" w:rsidR="392666BC">
          <w:rPr>
            <w:rStyle w:val="Hipercze"/>
            <w:noProof w:val="0"/>
            <w:lang w:val="pl-PL"/>
          </w:rPr>
          <w:t>klub@rkathletics.com</w:t>
        </w:r>
      </w:hyperlink>
      <w:r w:rsidRPr="1250BA89" w:rsidR="392666BC">
        <w:rPr>
          <w:noProof w:val="0"/>
          <w:lang w:val="pl-PL"/>
        </w:rPr>
        <w:t xml:space="preserve">, RK Athletics </w:t>
      </w:r>
      <w:r w:rsidRPr="1250BA89" w:rsidR="392666BC">
        <w:rPr>
          <w:noProof w:val="0"/>
          <w:lang w:val="pl-PL"/>
        </w:rPr>
        <w:t>Sp</w:t>
      </w:r>
      <w:r w:rsidRPr="1250BA89" w:rsidR="392666BC">
        <w:rPr>
          <w:noProof w:val="0"/>
          <w:lang w:val="pl-PL"/>
        </w:rPr>
        <w:t xml:space="preserve"> z </w:t>
      </w:r>
      <w:r w:rsidRPr="1250BA89" w:rsidR="392666BC">
        <w:rPr>
          <w:noProof w:val="0"/>
          <w:lang w:val="pl-PL"/>
        </w:rPr>
        <w:t>o.o</w:t>
      </w:r>
      <w:r w:rsidRPr="1250BA89" w:rsidR="392666BC">
        <w:rPr>
          <w:noProof w:val="0"/>
          <w:lang w:val="pl-PL"/>
        </w:rPr>
        <w:t xml:space="preserve">, ul. </w:t>
      </w:r>
      <w:r w:rsidRPr="1250BA89" w:rsidR="392666BC">
        <w:rPr>
          <w:noProof w:val="0"/>
          <w:lang w:val="pl-PL"/>
        </w:rPr>
        <w:t>Nowoursynowska</w:t>
      </w:r>
      <w:r w:rsidRPr="1250BA89" w:rsidR="392666BC">
        <w:rPr>
          <w:noProof w:val="0"/>
          <w:lang w:val="pl-PL"/>
        </w:rPr>
        <w:t xml:space="preserve"> 121d, 02-797 Warszawa, klub@rkathletics.com. </w:t>
      </w:r>
      <w:r w:rsidRPr="1250BA89" w:rsidR="261289B9">
        <w:rPr>
          <w:noProof w:val="0"/>
          <w:lang w:val="pl-PL"/>
        </w:rPr>
        <w:t xml:space="preserve">W </w:t>
      </w:r>
      <w:r w:rsidRPr="1250BA89" w:rsidR="261289B9">
        <w:rPr>
          <w:noProof w:val="0"/>
          <w:lang w:val="pl-PL"/>
        </w:rPr>
        <w:t>zakresie</w:t>
      </w:r>
      <w:r w:rsidRPr="1250BA89" w:rsidR="261289B9">
        <w:rPr>
          <w:noProof w:val="0"/>
          <w:lang w:val="pl-PL"/>
        </w:rPr>
        <w:t xml:space="preserve"> </w:t>
      </w:r>
      <w:r w:rsidRPr="1250BA89" w:rsidR="261289B9">
        <w:rPr>
          <w:noProof w:val="0"/>
          <w:lang w:val="pl-PL"/>
        </w:rPr>
        <w:t>materiałów</w:t>
      </w:r>
      <w:r w:rsidRPr="1250BA89" w:rsidR="261289B9">
        <w:rPr>
          <w:noProof w:val="0"/>
          <w:lang w:val="pl-PL"/>
        </w:rPr>
        <w:t xml:space="preserve"> </w:t>
      </w:r>
      <w:r w:rsidRPr="1250BA89" w:rsidR="261289B9">
        <w:rPr>
          <w:noProof w:val="0"/>
          <w:lang w:val="pl-PL"/>
        </w:rPr>
        <w:t>foto</w:t>
      </w:r>
      <w:r w:rsidRPr="1250BA89" w:rsidR="261289B9">
        <w:rPr>
          <w:noProof w:val="0"/>
          <w:lang w:val="pl-PL"/>
        </w:rPr>
        <w:t>/</w:t>
      </w:r>
      <w:r w:rsidRPr="1250BA89" w:rsidR="261289B9">
        <w:rPr>
          <w:noProof w:val="0"/>
          <w:lang w:val="pl-PL"/>
        </w:rPr>
        <w:t>wideo</w:t>
      </w:r>
      <w:r w:rsidRPr="1250BA89" w:rsidR="261289B9">
        <w:rPr>
          <w:noProof w:val="0"/>
          <w:lang w:val="pl-PL"/>
        </w:rPr>
        <w:t xml:space="preserve"> samodzielnie utrwalanych lub wykorzystywanych przez Zlecającego </w:t>
      </w:r>
      <w:r w:rsidRPr="1250BA89" w:rsidR="261289B9">
        <w:rPr>
          <w:noProof w:val="0"/>
          <w:lang w:val="pl-PL"/>
        </w:rPr>
        <w:t>odrębnym</w:t>
      </w:r>
      <w:r w:rsidRPr="1250BA89" w:rsidR="261289B9">
        <w:rPr>
          <w:noProof w:val="0"/>
          <w:lang w:val="pl-PL"/>
        </w:rPr>
        <w:t xml:space="preserve"> </w:t>
      </w:r>
      <w:r w:rsidRPr="1250BA89" w:rsidR="261289B9">
        <w:rPr>
          <w:noProof w:val="0"/>
          <w:lang w:val="pl-PL"/>
        </w:rPr>
        <w:t>administratorem</w:t>
      </w:r>
      <w:r w:rsidRPr="1250BA89" w:rsidR="261289B9">
        <w:rPr>
          <w:noProof w:val="0"/>
          <w:lang w:val="pl-PL"/>
        </w:rPr>
        <w:t xml:space="preserve"> jest </w:t>
      </w:r>
      <w:r w:rsidRPr="1250BA89" w:rsidR="392666BC">
        <w:rPr>
          <w:noProof w:val="0"/>
          <w:lang w:val="pl-PL"/>
        </w:rPr>
        <w:t>Ośrodek</w:t>
      </w:r>
      <w:r w:rsidRPr="1250BA89" w:rsidR="392666BC">
        <w:rPr>
          <w:noProof w:val="0"/>
          <w:lang w:val="pl-PL"/>
        </w:rPr>
        <w:t xml:space="preserve"> </w:t>
      </w:r>
      <w:r w:rsidRPr="1250BA89" w:rsidR="392666BC">
        <w:rPr>
          <w:noProof w:val="0"/>
          <w:lang w:val="pl-PL"/>
        </w:rPr>
        <w:t>Sportu</w:t>
      </w:r>
      <w:r w:rsidRPr="1250BA89" w:rsidR="392666BC">
        <w:rPr>
          <w:noProof w:val="0"/>
          <w:lang w:val="pl-PL"/>
        </w:rPr>
        <w:t xml:space="preserve"> I </w:t>
      </w:r>
      <w:r w:rsidRPr="1250BA89" w:rsidR="392666BC">
        <w:rPr>
          <w:noProof w:val="0"/>
          <w:lang w:val="pl-PL"/>
        </w:rPr>
        <w:t>Rekreacji</w:t>
      </w:r>
      <w:r w:rsidRPr="1250BA89" w:rsidR="392666BC">
        <w:rPr>
          <w:noProof w:val="0"/>
          <w:lang w:val="pl-PL"/>
        </w:rPr>
        <w:t xml:space="preserve"> m.st. </w:t>
      </w:r>
      <w:r w:rsidRPr="1250BA89" w:rsidR="392666BC">
        <w:rPr>
          <w:noProof w:val="0"/>
          <w:lang w:val="pl-PL"/>
        </w:rPr>
        <w:t>Warszawy</w:t>
      </w:r>
      <w:r w:rsidRPr="1250BA89" w:rsidR="392666BC">
        <w:rPr>
          <w:noProof w:val="0"/>
          <w:lang w:val="pl-PL"/>
        </w:rPr>
        <w:t xml:space="preserve"> w </w:t>
      </w:r>
      <w:r w:rsidRPr="1250BA89" w:rsidR="392666BC">
        <w:rPr>
          <w:noProof w:val="0"/>
          <w:lang w:val="pl-PL"/>
        </w:rPr>
        <w:t>Dzielnicy</w:t>
      </w:r>
      <w:r w:rsidRPr="1250BA89" w:rsidR="392666BC">
        <w:rPr>
          <w:noProof w:val="0"/>
          <w:lang w:val="pl-PL"/>
        </w:rPr>
        <w:t xml:space="preserve"> Wawer, 04-611 </w:t>
      </w:r>
      <w:r w:rsidRPr="1250BA89" w:rsidR="392666BC">
        <w:rPr>
          <w:noProof w:val="0"/>
          <w:lang w:val="pl-PL"/>
        </w:rPr>
        <w:t>Warszawa</w:t>
      </w:r>
      <w:r w:rsidRPr="1250BA89" w:rsidR="261289B9">
        <w:rPr>
          <w:noProof w:val="0"/>
          <w:lang w:val="pl-PL"/>
        </w:rPr>
        <w:t>..</w:t>
      </w:r>
    </w:p>
    <w:p w:rsidR="000958DD" w:rsidP="1250BA89" w:rsidRDefault="00000000" w14:paraId="69CD2567" w14:textId="77777777">
      <w:pPr>
        <w:rPr>
          <w:noProof w:val="0"/>
          <w:lang w:val="pl-PL"/>
        </w:rPr>
      </w:pPr>
      <w:r w:rsidRPr="1250BA89" w:rsidR="261289B9">
        <w:rPr>
          <w:b w:val="1"/>
          <w:bCs w:val="1"/>
          <w:noProof w:val="0"/>
          <w:lang w:val="pl-PL"/>
        </w:rPr>
        <w:t xml:space="preserve">Cele przetwarzania: </w:t>
      </w:r>
      <w:r w:rsidRPr="1250BA89" w:rsidR="261289B9">
        <w:rPr>
          <w:noProof w:val="0"/>
          <w:lang w:val="pl-PL"/>
        </w:rPr>
        <w:t>Dane są przetwarzane w celu obsługi zgłoszenia, organizacji i przeprowadzenia zawodów, identyfikacji uczestników, kontaktu organizacyjnego, zapewnienia bezpieczeństwa, przygotowania list startowych i wyników, publikacji wyników, dokumentacji przebiegu wydarzenia, rozpatrywania spraw organizacyjnych i ewentualnych roszczeń, a w zakresie dobrowolnej zgody – publikacji indywidualnego wizerunku, głosu lub wypowiedzi.</w:t>
      </w:r>
    </w:p>
    <w:p w:rsidR="000958DD" w:rsidP="1250BA89" w:rsidRDefault="00000000" w14:paraId="7E20D6CD" w14:textId="77777777">
      <w:pPr>
        <w:rPr>
          <w:noProof w:val="0"/>
          <w:lang w:val="pl-PL"/>
        </w:rPr>
      </w:pPr>
      <w:r w:rsidRPr="1250BA89" w:rsidR="261289B9">
        <w:rPr>
          <w:b w:val="1"/>
          <w:bCs w:val="1"/>
          <w:noProof w:val="0"/>
          <w:lang w:val="pl-PL"/>
        </w:rPr>
        <w:t xml:space="preserve">Podstawy prawne: </w:t>
      </w:r>
      <w:r w:rsidRPr="1250BA89" w:rsidR="261289B9">
        <w:rPr>
          <w:noProof w:val="0"/>
          <w:lang w:val="pl-PL"/>
        </w:rPr>
        <w:t>W zależności od celu: art. 6 ust. 1 lit. b RODO, art. 6 ust. 1 lit. c RODO, art. 6 ust. 1 lit. f RODO oraz art. 6 ust. 1 lit. a RODO, gdy przetwarzanie odbywa się na podstawie dobrowolnej zgody. Rozpowszechnianie wizerunku odbywa się także z uwzględnieniem art. 81 ustawy o prawie autorskim i prawach pokrewnych.</w:t>
      </w:r>
    </w:p>
    <w:p w:rsidR="000958DD" w:rsidP="1250BA89" w:rsidRDefault="00000000" w14:paraId="4CDD7660" w14:textId="77777777">
      <w:pPr>
        <w:rPr>
          <w:noProof w:val="0"/>
          <w:lang w:val="pl-PL"/>
        </w:rPr>
      </w:pPr>
      <w:r w:rsidRPr="1250BA89" w:rsidR="261289B9">
        <w:rPr>
          <w:b w:val="1"/>
          <w:bCs w:val="1"/>
          <w:noProof w:val="0"/>
          <w:lang w:val="pl-PL"/>
        </w:rPr>
        <w:t xml:space="preserve">Zakres danych: </w:t>
      </w:r>
      <w:r w:rsidRPr="1250BA89" w:rsidR="261289B9">
        <w:rPr>
          <w:noProof w:val="0"/>
          <w:lang w:val="pl-PL"/>
        </w:rPr>
        <w:t>W szczególności: imię i nazwisko, rok urodzenia / kategoria wiekowa, płeć w zakresie niezbędnym do klasyfikacji sportowej, klub lub szkoła (jeśli dotyczy), dane kontaktowe zgłaszającego lub opiekuna, numer startowy, konkurencje, wyniki i miejsca, a w odpowiednich przypadkach wizerunek i głos.</w:t>
      </w:r>
    </w:p>
    <w:p w:rsidR="000958DD" w:rsidP="1250BA89" w:rsidRDefault="00000000" w14:paraId="67131D1C" w14:textId="77777777">
      <w:pPr>
        <w:rPr>
          <w:noProof w:val="0"/>
          <w:lang w:val="pl-PL"/>
        </w:rPr>
      </w:pPr>
      <w:r w:rsidRPr="1250BA89" w:rsidR="261289B9">
        <w:rPr>
          <w:b w:val="1"/>
          <w:bCs w:val="1"/>
          <w:noProof w:val="0"/>
          <w:lang w:val="pl-PL"/>
        </w:rPr>
        <w:t xml:space="preserve">Odbiorcy danych: </w:t>
      </w:r>
      <w:r w:rsidRPr="1250BA89" w:rsidR="261289B9">
        <w:rPr>
          <w:noProof w:val="0"/>
          <w:lang w:val="pl-PL"/>
        </w:rPr>
        <w:t>Podmioty wspierające organizację zawodów i obsługę IT, dostawcy formularza zapisów, sędziowie, obsługa medyczna, zarządca obiektu, fotografowie, operatorzy, podmioty hostujące strony i profile społecznościowe oraz inni usługodawcy – wyłącznie w zakresie niezbędnym i na właściwej podstawie prawnej.</w:t>
      </w:r>
    </w:p>
    <w:p w:rsidR="000958DD" w:rsidP="1250BA89" w:rsidRDefault="00000000" w14:paraId="6350AC03" w14:textId="77777777">
      <w:pPr>
        <w:rPr>
          <w:noProof w:val="0"/>
          <w:lang w:val="pl-PL"/>
        </w:rPr>
      </w:pPr>
      <w:r w:rsidRPr="1250BA89" w:rsidR="261289B9">
        <w:rPr>
          <w:b w:val="1"/>
          <w:bCs w:val="1"/>
          <w:noProof w:val="0"/>
          <w:lang w:val="pl-PL"/>
        </w:rPr>
        <w:t xml:space="preserve">Publikacja wyników: </w:t>
      </w:r>
      <w:r w:rsidRPr="1250BA89" w:rsidR="261289B9">
        <w:rPr>
          <w:noProof w:val="0"/>
          <w:lang w:val="pl-PL"/>
        </w:rPr>
        <w:t>Wyniki mogą zostać upublicznione w zakresie: imię i nazwisko, kategoria wiekowa, klub/szkoła, wynik i zajęte miejsce. Informacja może być dostępna na stronie Organizatora lub w komunikatach wynikowych.</w:t>
      </w:r>
    </w:p>
    <w:p w:rsidR="000958DD" w:rsidP="1250BA89" w:rsidRDefault="00000000" w14:paraId="28E3DE0F" w14:textId="77777777">
      <w:pPr>
        <w:rPr>
          <w:noProof w:val="0"/>
          <w:lang w:val="pl-PL"/>
        </w:rPr>
      </w:pPr>
      <w:r w:rsidRPr="1250BA89" w:rsidR="261289B9">
        <w:rPr>
          <w:b w:val="1"/>
          <w:bCs w:val="1"/>
          <w:noProof w:val="0"/>
          <w:lang w:val="pl-PL"/>
        </w:rPr>
        <w:t xml:space="preserve">Okres przechowywania: </w:t>
      </w:r>
      <w:r w:rsidRPr="1250BA89" w:rsidR="261289B9">
        <w:rPr>
          <w:noProof w:val="0"/>
          <w:lang w:val="pl-PL"/>
        </w:rPr>
        <w:t>Dane będą przechowywane przez czas niezbędny do przeprowadzenia i rozliczenia organizacyjnego zawodów, a następnie przez okres wynikający z przepisów prawa lub potrzebny do ustalenia, dochodzenia albo obrony roszczeń. Dane przetwarzane na podstawie zgody – do jej wycofania lub zakończenia celu, dla którego została udzielona, z zastrzeżeniem zgodności z prawem wcześniejszego przetwarzania.</w:t>
      </w:r>
    </w:p>
    <w:p w:rsidR="000958DD" w:rsidP="1250BA89" w:rsidRDefault="00000000" w14:paraId="48CABFAA" w14:textId="77777777">
      <w:pPr>
        <w:rPr>
          <w:noProof w:val="0"/>
          <w:lang w:val="pl-PL"/>
        </w:rPr>
      </w:pPr>
      <w:r w:rsidRPr="1250BA89" w:rsidR="261289B9">
        <w:rPr>
          <w:b w:val="1"/>
          <w:bCs w:val="1"/>
          <w:noProof w:val="0"/>
          <w:lang w:val="pl-PL"/>
        </w:rPr>
        <w:t xml:space="preserve">Prawa: </w:t>
      </w:r>
      <w:r w:rsidRPr="1250BA89" w:rsidR="261289B9">
        <w:rPr>
          <w:noProof w:val="0"/>
          <w:lang w:val="pl-PL"/>
        </w:rPr>
        <w:t>W granicach przewidzianych przez RODO przysługuje prawo dostępu do danych, sprostowania, usunięcia, ograniczenia przetwarzania, przenoszenia danych, wniesienia sprzeciwu oraz – jeśli podstawą jest zgoda – jej wycofania w dowolnym momencie. Przysługuje prawo wniesienia skargi do Prezesa Urzędu Ochrony Danych Osobowych.</w:t>
      </w:r>
    </w:p>
    <w:p w:rsidR="000958DD" w:rsidP="1250BA89" w:rsidRDefault="00000000" w14:paraId="2527AAE9" w14:textId="77777777">
      <w:pPr>
        <w:rPr>
          <w:noProof w:val="0"/>
          <w:lang w:val="pl-PL"/>
        </w:rPr>
      </w:pPr>
      <w:r w:rsidRPr="1250BA89" w:rsidR="261289B9">
        <w:rPr>
          <w:b w:val="1"/>
          <w:bCs w:val="1"/>
          <w:noProof w:val="0"/>
          <w:lang w:val="pl-PL"/>
        </w:rPr>
        <w:t xml:space="preserve">Dobrowolność / obowiązek podania danych: </w:t>
      </w:r>
      <w:r w:rsidRPr="1250BA89" w:rsidR="261289B9">
        <w:rPr>
          <w:noProof w:val="0"/>
          <w:lang w:val="pl-PL"/>
        </w:rPr>
        <w:t>Podanie danych wymaganych do zgłoszenia jest niezbędne do udziału w zawodach. Podanie danych niewymaganych i udzielenie zgody na rozpowszechnianie indywidualnego wizerunku jest dobrowolne.</w:t>
      </w:r>
    </w:p>
    <w:p w:rsidR="000958DD" w:rsidP="1250BA89" w:rsidRDefault="00000000" w14:paraId="7DD4716D" w14:textId="77777777">
      <w:pPr>
        <w:rPr>
          <w:noProof w:val="0"/>
          <w:lang w:val="pl-PL"/>
        </w:rPr>
      </w:pPr>
      <w:r w:rsidRPr="1250BA89" w:rsidR="261289B9">
        <w:rPr>
          <w:b w:val="1"/>
          <w:bCs w:val="1"/>
          <w:noProof w:val="0"/>
          <w:lang w:val="pl-PL"/>
        </w:rPr>
        <w:t xml:space="preserve">Media społecznościowe: </w:t>
      </w:r>
      <w:r w:rsidRPr="1250BA89" w:rsidR="261289B9">
        <w:rPr>
          <w:noProof w:val="0"/>
          <w:lang w:val="pl-PL"/>
        </w:rPr>
        <w:t>W przypadku publikacji materiałów w serwisach społecznościowych dane mogą być przetwarzane także przez operatorów tych serwisów na zasadach określonych w ich politykach prywatności. Jeżeli operator dokonuje transferu danych poza Europejski Obszar Gospodarczy, stosuje właściwe mechanizmy przewidziane przez RODO.</w:t>
      </w:r>
    </w:p>
    <w:p w:rsidR="000958DD" w:rsidP="1250BA89" w:rsidRDefault="00000000" w14:paraId="5A10590F" w14:textId="17285CC7">
      <w:pPr>
        <w:rPr>
          <w:noProof w:val="0"/>
          <w:lang w:val="pl-PL"/>
        </w:rPr>
      </w:pPr>
      <w:r w:rsidRPr="1250BA89" w:rsidR="261289B9">
        <w:rPr>
          <w:b w:val="1"/>
          <w:bCs w:val="1"/>
          <w:noProof w:val="0"/>
          <w:lang w:val="pl-PL"/>
        </w:rPr>
        <w:t xml:space="preserve">Kontakt: </w:t>
      </w:r>
      <w:r w:rsidRPr="1250BA89" w:rsidR="261289B9">
        <w:rPr>
          <w:noProof w:val="0"/>
          <w:lang w:val="pl-PL"/>
        </w:rPr>
        <w:t xml:space="preserve">W sprawach dotyczących danych osobowych i wizerunku można kontaktować się: Organizator – </w:t>
      </w:r>
      <w:r w:rsidRPr="1250BA89" w:rsidR="6E065102">
        <w:rPr>
          <w:noProof w:val="0"/>
          <w:lang w:val="pl-PL"/>
        </w:rPr>
        <w:t>klub@rkathletics.com</w:t>
      </w:r>
      <w:r w:rsidRPr="1250BA89" w:rsidR="261289B9">
        <w:rPr>
          <w:noProof w:val="0"/>
          <w:lang w:val="pl-PL"/>
        </w:rPr>
        <w:t xml:space="preserve">; </w:t>
      </w:r>
      <w:r w:rsidRPr="1250BA89" w:rsidR="261289B9">
        <w:rPr>
          <w:noProof w:val="0"/>
          <w:lang w:val="pl-PL"/>
        </w:rPr>
        <w:t>Zlecający</w:t>
      </w:r>
      <w:r w:rsidRPr="1250BA89" w:rsidR="261289B9">
        <w:rPr>
          <w:noProof w:val="0"/>
          <w:lang w:val="pl-PL"/>
        </w:rPr>
        <w:t xml:space="preserve"> – </w:t>
      </w:r>
      <w:r w:rsidRPr="1250BA89" w:rsidR="6E065102">
        <w:rPr>
          <w:noProof w:val="0"/>
          <w:lang w:val="pl-PL"/>
        </w:rPr>
        <w:t>dwudarczyk@um.warszawa.pl</w:t>
      </w:r>
      <w:r w:rsidRPr="1250BA89" w:rsidR="261289B9">
        <w:rPr>
          <w:noProof w:val="0"/>
          <w:lang w:val="pl-PL"/>
        </w:rPr>
        <w:t>.</w:t>
      </w:r>
    </w:p>
    <w:sectPr w:rsidR="000958DD" w:rsidSect="00034616">
      <w:footerReference w:type="default" r:id="rId12"/>
      <w:pgSz w:w="12240" w:h="15840" w:orient="portrait"/>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7A59" w:rsidRDefault="008A7A59" w14:paraId="5DE6F236" w14:textId="77777777">
      <w:pPr>
        <w:spacing w:after="0" w:line="240" w:lineRule="auto"/>
      </w:pPr>
      <w:r>
        <w:separator/>
      </w:r>
    </w:p>
  </w:endnote>
  <w:endnote w:type="continuationSeparator" w:id="0">
    <w:p w:rsidR="008A7A59" w:rsidRDefault="008A7A59" w14:paraId="5AF5F5B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58DD" w:rsidRDefault="00000000" w14:paraId="7D27B11D" w14:textId="77777777">
    <w:pPr>
      <w:pStyle w:val="Stopka"/>
      <w:jc w:val="center"/>
    </w:pPr>
    <w:r w:rsidRPr="1250BA89" w:rsidR="261289B9">
      <w:rPr>
        <w:color w:val="787878"/>
        <w:sz w:val="16"/>
        <w:szCs w:val="16"/>
      </w:rPr>
      <w:t xml:space="preserve">Strona </w:t>
    </w:r>
    <w:r w:rsidRPr="1250BA89">
      <w:rPr>
        <w:color w:val="787878"/>
        <w:sz w:val="16"/>
        <w:szCs w:val="16"/>
      </w:rPr>
      <w:fldChar w:fldCharType="begin"/>
    </w:r>
    <w:r w:rsidRPr="1250BA89">
      <w:rPr>
        <w:color w:val="787878"/>
        <w:sz w:val="16"/>
        <w:szCs w:val="16"/>
      </w:rPr>
      <w:instrText xml:space="preserve">PAGE</w:instrText>
    </w:r>
    <w:r w:rsidRPr="1250BA89">
      <w:rPr>
        <w:color w:val="787878"/>
        <w:sz w:val="16"/>
        <w:szCs w:val="16"/>
      </w:rPr>
      <w:fldChar w:fldCharType="separate"/>
    </w:r>
    <w:r w:rsidRPr="1250BA89" w:rsidR="261289B9">
      <w:rPr>
        <w:color w:val="787878"/>
        <w:sz w:val="16"/>
        <w:szCs w:val="16"/>
      </w:rPr>
      <w:t>1</w:t>
    </w:r>
    <w:r w:rsidRPr="1250BA89">
      <w:rPr>
        <w:color w:val="78787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7A59" w:rsidRDefault="008A7A59" w14:paraId="797087A0" w14:textId="77777777">
      <w:pPr>
        <w:spacing w:after="0" w:line="240" w:lineRule="auto"/>
      </w:pPr>
      <w:r>
        <w:separator/>
      </w:r>
    </w:p>
  </w:footnote>
  <w:footnote w:type="continuationSeparator" w:id="0">
    <w:p w:rsidR="008A7A59" w:rsidRDefault="008A7A59" w14:paraId="19E5C20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26d3f4f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hint="default" w:ascii="Symbol" w:hAnsi="Symbol"/>
      </w:rPr>
    </w:lvl>
  </w:abstractNum>
  <w:num w:numId="10">
    <w:abstractNumId w:val="9"/>
  </w:num>
  <w:num w:numId="1" w16cid:durableId="163709416">
    <w:abstractNumId w:val="8"/>
  </w:num>
  <w:num w:numId="2" w16cid:durableId="1680039237">
    <w:abstractNumId w:val="6"/>
  </w:num>
  <w:num w:numId="3" w16cid:durableId="1589072856">
    <w:abstractNumId w:val="5"/>
  </w:num>
  <w:num w:numId="4" w16cid:durableId="1846701440">
    <w:abstractNumId w:val="4"/>
  </w:num>
  <w:num w:numId="5" w16cid:durableId="445081867">
    <w:abstractNumId w:val="7"/>
  </w:num>
  <w:num w:numId="6" w16cid:durableId="123472354">
    <w:abstractNumId w:val="3"/>
  </w:num>
  <w:num w:numId="7" w16cid:durableId="299307041">
    <w:abstractNumId w:val="2"/>
  </w:num>
  <w:num w:numId="8" w16cid:durableId="1955476099">
    <w:abstractNumId w:val="1"/>
  </w:num>
  <w:num w:numId="9" w16cid:durableId="70695654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00"/>
    <w:rsid w:val="00034616"/>
    <w:rsid w:val="0006063C"/>
    <w:rsid w:val="000958DD"/>
    <w:rsid w:val="0015074B"/>
    <w:rsid w:val="00154EBC"/>
    <w:rsid w:val="001D24B9"/>
    <w:rsid w:val="00250C9D"/>
    <w:rsid w:val="0029639D"/>
    <w:rsid w:val="002A2E0B"/>
    <w:rsid w:val="00326F90"/>
    <w:rsid w:val="004D65B9"/>
    <w:rsid w:val="008A7A59"/>
    <w:rsid w:val="00AA1D8D"/>
    <w:rsid w:val="00B47730"/>
    <w:rsid w:val="00CB0664"/>
    <w:rsid w:val="00FC693F"/>
    <w:rsid w:val="01A7B2C2"/>
    <w:rsid w:val="0696AFCE"/>
    <w:rsid w:val="1250BA89"/>
    <w:rsid w:val="18A94FC4"/>
    <w:rsid w:val="1E197D94"/>
    <w:rsid w:val="20A25A46"/>
    <w:rsid w:val="21EE6847"/>
    <w:rsid w:val="248F721F"/>
    <w:rsid w:val="261289B9"/>
    <w:rsid w:val="29757390"/>
    <w:rsid w:val="2A68589C"/>
    <w:rsid w:val="2C9E5F96"/>
    <w:rsid w:val="2D99BBFB"/>
    <w:rsid w:val="31BBD18F"/>
    <w:rsid w:val="334771D2"/>
    <w:rsid w:val="37F094E7"/>
    <w:rsid w:val="392666BC"/>
    <w:rsid w:val="39269219"/>
    <w:rsid w:val="3C17CFA9"/>
    <w:rsid w:val="3C264110"/>
    <w:rsid w:val="3F353796"/>
    <w:rsid w:val="47540F54"/>
    <w:rsid w:val="4905E735"/>
    <w:rsid w:val="4FF3F24D"/>
    <w:rsid w:val="52D9BF1D"/>
    <w:rsid w:val="5945B8A3"/>
    <w:rsid w:val="5B716877"/>
    <w:rsid w:val="5C4814CB"/>
    <w:rsid w:val="5F2EE752"/>
    <w:rsid w:val="6748FAF2"/>
    <w:rsid w:val="69F72AD6"/>
    <w:rsid w:val="6E065102"/>
    <w:rsid w:val="7A4B84AE"/>
    <w:rsid w:val="7EB1AB83"/>
    <w:rsid w:val="7EDA09CA"/>
    <w:rsid w:val="7FDFDD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CA737C"/>
  <w14:defaultImageDpi w14:val="300"/>
  <w15:docId w15:val="{2565261A-3936-4A01-A626-289E433E31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uiPriority w:val="0"/>
    <w:name w:val="Normal"/>
    <w:qFormat/>
    <w:rsid w:val="1250BA89"/>
    <w:rPr>
      <w:rFonts w:ascii="Arial" w:hAnsi="Arial" w:eastAsia="Arial"/>
      <w:noProof w:val="0"/>
      <w:sz w:val="21"/>
      <w:szCs w:val="21"/>
      <w:lang w:val="pl-PL"/>
    </w:rPr>
    <w:pPr>
      <w:spacing w:after="100"/>
    </w:pPr>
  </w:style>
  <w:style w:type="paragraph" w:styleId="Nagwek1">
    <w:uiPriority w:val="9"/>
    <w:name w:val="heading 1"/>
    <w:basedOn w:val="Normalny"/>
    <w:next w:val="Normalny"/>
    <w:link w:val="Nagwek1Znak"/>
    <w:qFormat/>
    <w:rsid w:val="1250BA89"/>
    <w:rPr>
      <w:rFonts w:ascii="Calibri" w:hAnsi="Calibri" w:eastAsia="ＭＳ ゴシック" w:cs="" w:asciiTheme="majorAscii" w:hAnsiTheme="majorAscii" w:eastAsiaTheme="majorEastAsia" w:cstheme="majorBidi"/>
      <w:b w:val="1"/>
      <w:bCs w:val="1"/>
      <w:color w:val="70AD47"/>
      <w:sz w:val="28"/>
      <w:szCs w:val="28"/>
    </w:rPr>
    <w:pPr>
      <w:keepNext w:val="1"/>
      <w:keepLines w:val="1"/>
      <w:spacing w:before="200"/>
      <w:outlineLvl w:val="0"/>
    </w:pPr>
  </w:style>
  <w:style w:type="paragraph" w:styleId="Nagwek2">
    <w:uiPriority w:val="9"/>
    <w:name w:val="heading 2"/>
    <w:basedOn w:val="Normalny"/>
    <w:next w:val="Normalny"/>
    <w:unhideWhenUsed/>
    <w:link w:val="Nagwek2Znak"/>
    <w:qFormat/>
    <w:rsid w:val="1250BA89"/>
    <w:rPr>
      <w:rFonts w:ascii="Calibri" w:hAnsi="Calibri" w:eastAsia="ＭＳ ゴシック" w:cs="" w:asciiTheme="majorAscii" w:hAnsiTheme="majorAscii" w:eastAsiaTheme="majorEastAsia" w:cstheme="majorBidi"/>
      <w:b w:val="1"/>
      <w:bCs w:val="1"/>
      <w:color w:val="F0A51A"/>
      <w:sz w:val="23"/>
      <w:szCs w:val="23"/>
    </w:rPr>
    <w:pPr>
      <w:keepNext w:val="1"/>
      <w:keepLines w:val="1"/>
      <w:spacing w:before="200"/>
      <w:outlineLvl w:val="1"/>
    </w:pPr>
  </w:style>
  <w:style w:type="paragraph" w:styleId="Nagwek3">
    <w:uiPriority w:val="9"/>
    <w:name w:val="heading 3"/>
    <w:basedOn w:val="Normalny"/>
    <w:next w:val="Normalny"/>
    <w:unhideWhenUsed/>
    <w:link w:val="Nagwek3Znak"/>
    <w:qFormat/>
    <w:rsid w:val="1250BA89"/>
    <w:rPr>
      <w:rFonts w:ascii="Calibri" w:hAnsi="Calibri" w:eastAsia="ＭＳ ゴシック" w:cs="" w:asciiTheme="majorAscii" w:hAnsiTheme="majorAscii" w:eastAsiaTheme="majorEastAsia" w:cstheme="majorBidi"/>
      <w:b w:val="1"/>
      <w:bCs w:val="1"/>
      <w:color w:val="4F81BD" w:themeColor="accent1" w:themeTint="FF" w:themeShade="FF"/>
    </w:rPr>
    <w:pPr>
      <w:keepNext w:val="1"/>
      <w:keepLines w:val="1"/>
      <w:spacing w:before="200" w:after="0"/>
      <w:outlineLvl w:val="2"/>
    </w:pPr>
  </w:style>
  <w:style w:type="paragraph" w:styleId="Nagwek4">
    <w:uiPriority w:val="9"/>
    <w:name w:val="heading 4"/>
    <w:basedOn w:val="Normalny"/>
    <w:next w:val="Normalny"/>
    <w:semiHidden/>
    <w:unhideWhenUsed/>
    <w:link w:val="Nagwek4Znak"/>
    <w:qFormat/>
    <w:rsid w:val="1250BA89"/>
    <w:rPr>
      <w:rFonts w:ascii="Calibri" w:hAnsi="Calibri" w:eastAsia="ＭＳ ゴシック" w:cs="" w:asciiTheme="majorAscii" w:hAnsiTheme="majorAscii" w:eastAsiaTheme="majorEastAsia" w:cstheme="majorBidi"/>
      <w:b w:val="1"/>
      <w:bCs w:val="1"/>
      <w:i w:val="1"/>
      <w:iCs w:val="1"/>
      <w:color w:val="4F81BD" w:themeColor="accent1" w:themeTint="FF" w:themeShade="FF"/>
    </w:rPr>
    <w:pPr>
      <w:keepNext w:val="1"/>
      <w:keepLines w:val="1"/>
      <w:spacing w:before="200" w:after="0"/>
      <w:outlineLvl w:val="3"/>
    </w:pPr>
  </w:style>
  <w:style w:type="paragraph" w:styleId="Nagwek5">
    <w:uiPriority w:val="9"/>
    <w:name w:val="heading 5"/>
    <w:basedOn w:val="Normalny"/>
    <w:next w:val="Normalny"/>
    <w:semiHidden/>
    <w:unhideWhenUsed/>
    <w:link w:val="Nagwek5Znak"/>
    <w:qFormat/>
    <w:rsid w:val="1250BA89"/>
    <w:rPr>
      <w:rFonts w:ascii="Calibri" w:hAnsi="Calibri" w:eastAsia="ＭＳ ゴシック" w:cs="" w:asciiTheme="majorAscii" w:hAnsiTheme="majorAscii" w:eastAsiaTheme="majorEastAsia" w:cstheme="majorBidi"/>
      <w:color w:val="243F60"/>
    </w:rPr>
    <w:pPr>
      <w:keepNext w:val="1"/>
      <w:keepLines w:val="1"/>
      <w:spacing w:before="200" w:after="0"/>
      <w:outlineLvl w:val="4"/>
    </w:pPr>
  </w:style>
  <w:style w:type="paragraph" w:styleId="Nagwek6">
    <w:uiPriority w:val="9"/>
    <w:name w:val="heading 6"/>
    <w:basedOn w:val="Normalny"/>
    <w:next w:val="Normalny"/>
    <w:semiHidden/>
    <w:unhideWhenUsed/>
    <w:link w:val="Nagwek6Znak"/>
    <w:qFormat/>
    <w:rsid w:val="1250BA89"/>
    <w:rPr>
      <w:rFonts w:ascii="Calibri" w:hAnsi="Calibri" w:eastAsia="ＭＳ ゴシック" w:cs="" w:asciiTheme="majorAscii" w:hAnsiTheme="majorAscii" w:eastAsiaTheme="majorEastAsia" w:cstheme="majorBidi"/>
      <w:i w:val="1"/>
      <w:iCs w:val="1"/>
      <w:color w:val="243F60"/>
    </w:rPr>
    <w:pPr>
      <w:keepNext w:val="1"/>
      <w:keepLines w:val="1"/>
      <w:spacing w:before="200" w:after="0"/>
      <w:outlineLvl w:val="5"/>
    </w:pPr>
  </w:style>
  <w:style w:type="paragraph" w:styleId="Nagwek7">
    <w:uiPriority w:val="9"/>
    <w:name w:val="heading 7"/>
    <w:basedOn w:val="Normalny"/>
    <w:next w:val="Normalny"/>
    <w:semiHidden/>
    <w:unhideWhenUsed/>
    <w:link w:val="Nagwek7Znak"/>
    <w:qFormat/>
    <w:rsid w:val="1250BA89"/>
    <w:rPr>
      <w:rFonts w:ascii="Calibri" w:hAnsi="Calibri" w:eastAsia="ＭＳ ゴシック" w:cs="" w:asciiTheme="majorAscii" w:hAnsiTheme="majorAscii" w:eastAsiaTheme="majorEastAsia" w:cstheme="majorBidi"/>
      <w:i w:val="1"/>
      <w:iCs w:val="1"/>
      <w:color w:val="404040" w:themeColor="text1" w:themeTint="BF" w:themeShade="FF"/>
    </w:rPr>
    <w:pPr>
      <w:keepNext w:val="1"/>
      <w:keepLines w:val="1"/>
      <w:spacing w:before="200" w:after="0"/>
      <w:outlineLvl w:val="6"/>
    </w:pPr>
  </w:style>
  <w:style w:type="paragraph" w:styleId="Nagwek8">
    <w:uiPriority w:val="9"/>
    <w:name w:val="heading 8"/>
    <w:basedOn w:val="Normalny"/>
    <w:next w:val="Normalny"/>
    <w:semiHidden/>
    <w:unhideWhenUsed/>
    <w:link w:val="Nagwek8Znak"/>
    <w:qFormat/>
    <w:rsid w:val="1250BA89"/>
    <w:rPr>
      <w:rFonts w:ascii="Calibri" w:hAnsi="Calibri" w:eastAsia="ＭＳ ゴシック" w:cs="" w:asciiTheme="majorAscii" w:hAnsiTheme="majorAscii" w:eastAsiaTheme="majorEastAsia" w:cstheme="majorBidi"/>
      <w:color w:val="4F81BD" w:themeColor="accent1" w:themeTint="FF" w:themeShade="FF"/>
      <w:sz w:val="20"/>
      <w:szCs w:val="20"/>
    </w:rPr>
    <w:pPr>
      <w:keepNext w:val="1"/>
      <w:keepLines w:val="1"/>
      <w:spacing w:before="200" w:after="0"/>
      <w:outlineLvl w:val="7"/>
    </w:pPr>
  </w:style>
  <w:style w:type="paragraph" w:styleId="Nagwek9">
    <w:uiPriority w:val="9"/>
    <w:name w:val="heading 9"/>
    <w:basedOn w:val="Normalny"/>
    <w:next w:val="Normalny"/>
    <w:semiHidden/>
    <w:unhideWhenUsed/>
    <w:link w:val="Nagwek9Znak"/>
    <w:qFormat/>
    <w:rsid w:val="1250BA89"/>
    <w:rPr>
      <w:rFonts w:ascii="Calibri" w:hAnsi="Calibri" w:eastAsia="ＭＳ ゴシック" w:cs="" w:asciiTheme="majorAscii" w:hAnsiTheme="majorAscii" w:eastAsiaTheme="majorEastAsia" w:cstheme="majorBidi"/>
      <w:i w:val="1"/>
      <w:iCs w:val="1"/>
      <w:color w:val="404040" w:themeColor="text1" w:themeTint="BF" w:themeShade="FF"/>
      <w:sz w:val="20"/>
      <w:szCs w:val="20"/>
    </w:rPr>
    <w:pPr>
      <w:keepNext w:val="1"/>
      <w:keepLines w:val="1"/>
      <w:spacing w:before="200" w:after="0"/>
      <w:outlineLvl w:val="8"/>
    </w:p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agwek">
    <w:uiPriority w:val="99"/>
    <w:name w:val="header"/>
    <w:basedOn w:val="Normalny"/>
    <w:unhideWhenUsed/>
    <w:link w:val="NagwekZnak"/>
    <w:rsid w:val="1250BA89"/>
    <w:pPr>
      <w:tabs>
        <w:tab w:val="center" w:leader="none" w:pos="4680"/>
        <w:tab w:val="right" w:leader="none" w:pos="9360"/>
      </w:tabs>
      <w:spacing w:after="0"/>
    </w:pPr>
  </w:style>
  <w:style w:type="character" w:styleId="NagwekZnak" w:customStyle="1">
    <w:name w:val="Nagłówek Znak"/>
    <w:basedOn w:val="Domylnaczcionkaakapitu"/>
    <w:link w:val="Nagwek"/>
    <w:uiPriority w:val="99"/>
    <w:rsid w:val="00E618BF"/>
  </w:style>
  <w:style w:type="paragraph" w:styleId="Stopka">
    <w:uiPriority w:val="99"/>
    <w:name w:val="footer"/>
    <w:basedOn w:val="Normalny"/>
    <w:unhideWhenUsed/>
    <w:link w:val="StopkaZnak"/>
    <w:rsid w:val="1250BA89"/>
    <w:pPr>
      <w:tabs>
        <w:tab w:val="center" w:leader="none" w:pos="4680"/>
        <w:tab w:val="right" w:leader="none" w:pos="9360"/>
      </w:tabs>
      <w:spacing w:after="0"/>
    </w:pPr>
  </w:style>
  <w:style w:type="character" w:styleId="StopkaZnak" w:customStyle="1">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styleId="Nagwek1Znak" w:customStyle="1">
    <w:name w:val="Nagłówek 1 Znak"/>
    <w:basedOn w:val="Domylnaczcionkaakapitu"/>
    <w:link w:val="Nagwek1"/>
    <w:uiPriority w:val="9"/>
    <w:rsid w:val="00FC693F"/>
    <w:rPr>
      <w:rFonts w:asciiTheme="majorHAnsi" w:hAnsiTheme="majorHAnsi" w:eastAsiaTheme="majorEastAsia" w:cstheme="majorBidi"/>
      <w:b/>
      <w:bCs/>
      <w:color w:val="365F91" w:themeColor="accent1" w:themeShade="BF"/>
      <w:sz w:val="28"/>
      <w:szCs w:val="28"/>
    </w:rPr>
  </w:style>
  <w:style w:type="character" w:styleId="Nagwek2Znak" w:customStyle="1">
    <w:name w:val="Nagłówek 2 Znak"/>
    <w:basedOn w:val="Domylnaczcionkaakapitu"/>
    <w:link w:val="Nagwek2"/>
    <w:uiPriority w:val="9"/>
    <w:rsid w:val="00FC693F"/>
    <w:rPr>
      <w:rFonts w:asciiTheme="majorHAnsi" w:hAnsiTheme="majorHAnsi" w:eastAsiaTheme="majorEastAsia" w:cstheme="majorBidi"/>
      <w:b/>
      <w:bCs/>
      <w:color w:val="4F81BD" w:themeColor="accent1"/>
      <w:sz w:val="26"/>
      <w:szCs w:val="26"/>
    </w:rPr>
  </w:style>
  <w:style w:type="character" w:styleId="Nagwek3Znak" w:customStyle="1">
    <w:name w:val="Nagłówek 3 Znak"/>
    <w:basedOn w:val="Domylnaczcionkaakapitu"/>
    <w:link w:val="Nagwek3"/>
    <w:uiPriority w:val="9"/>
    <w:rsid w:val="00FC693F"/>
    <w:rPr>
      <w:rFonts w:asciiTheme="majorHAnsi" w:hAnsiTheme="majorHAnsi" w:eastAsiaTheme="majorEastAsia" w:cstheme="majorBidi"/>
      <w:b/>
      <w:bCs/>
      <w:color w:val="4F81BD" w:themeColor="accent1"/>
    </w:rPr>
  </w:style>
  <w:style w:type="paragraph" w:styleId="Tytu">
    <w:uiPriority w:val="10"/>
    <w:name w:val="Title"/>
    <w:basedOn w:val="Normalny"/>
    <w:next w:val="Normalny"/>
    <w:link w:val="TytuZnak"/>
    <w:qFormat/>
    <w:rsid w:val="1250BA89"/>
    <w:rPr>
      <w:rFonts w:ascii="Calibri" w:hAnsi="Calibri" w:eastAsia="ＭＳ ゴシック" w:cs="" w:asciiTheme="majorAscii" w:hAnsiTheme="majorAscii" w:eastAsiaTheme="majorEastAsia" w:cstheme="majorBidi"/>
      <w:b w:val="1"/>
      <w:bCs w:val="1"/>
      <w:color w:val="70AD47"/>
      <w:sz w:val="44"/>
      <w:szCs w:val="44"/>
    </w:rPr>
    <w:pPr>
      <w:pBdr>
        <w:bottom w:val="single" w:color="4F81BD" w:themeColor="accent1" w:sz="8" w:space="4"/>
      </w:pBdr>
      <w:spacing w:before="200"/>
      <w:contextualSpacing/>
    </w:pPr>
  </w:style>
  <w:style w:type="character" w:styleId="TytuZnak" w:customStyle="1">
    <w:name w:val="Tytuł Znak"/>
    <w:basedOn w:val="Domylnaczcionkaakapitu"/>
    <w:link w:val="Tytu"/>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Podtytu">
    <w:uiPriority w:val="11"/>
    <w:name w:val="Subtitle"/>
    <w:basedOn w:val="Normalny"/>
    <w:next w:val="Normalny"/>
    <w:link w:val="PodtytuZnak"/>
    <w:qFormat/>
    <w:rsid w:val="1250BA89"/>
    <w:rPr>
      <w:rFonts w:ascii="Calibri" w:hAnsi="Calibri" w:eastAsia="ＭＳ ゴシック" w:cs="" w:asciiTheme="majorAscii" w:hAnsiTheme="majorAscii" w:eastAsiaTheme="majorEastAsia" w:cstheme="majorBidi"/>
      <w:i w:val="1"/>
      <w:iCs w:val="1"/>
      <w:color w:val="4F81BD" w:themeColor="accent1" w:themeTint="FF" w:themeShade="FF"/>
      <w:sz w:val="24"/>
      <w:szCs w:val="24"/>
    </w:rPr>
  </w:style>
  <w:style w:type="character" w:styleId="PodtytuZnak" w:customStyle="1">
    <w:name w:val="Podtytuł Znak"/>
    <w:basedOn w:val="Domylnaczcionkaakapitu"/>
    <w:link w:val="Podtytu"/>
    <w:uiPriority w:val="11"/>
    <w:rsid w:val="00FC693F"/>
    <w:rPr>
      <w:rFonts w:asciiTheme="majorHAnsi" w:hAnsiTheme="majorHAnsi" w:eastAsiaTheme="majorEastAsia" w:cstheme="majorBidi"/>
      <w:i/>
      <w:iCs/>
      <w:color w:val="4F81BD" w:themeColor="accent1"/>
      <w:spacing w:val="15"/>
      <w:sz w:val="24"/>
      <w:szCs w:val="24"/>
    </w:rPr>
  </w:style>
  <w:style w:type="paragraph" w:styleId="Akapitzlist">
    <w:uiPriority w:val="34"/>
    <w:name w:val="List Paragraph"/>
    <w:basedOn w:val="Normalny"/>
    <w:qFormat/>
    <w:rsid w:val="1250BA89"/>
    <w:pPr>
      <w:spacing/>
      <w:ind w:left="720"/>
      <w:contextualSpacing/>
    </w:pPr>
  </w:style>
  <w:style w:type="paragraph" w:styleId="Tekstpodstawowy">
    <w:uiPriority w:val="99"/>
    <w:name w:val="Body Text"/>
    <w:basedOn w:val="Normalny"/>
    <w:unhideWhenUsed/>
    <w:link w:val="TekstpodstawowyZnak"/>
    <w:rsid w:val="1250BA89"/>
    <w:pPr>
      <w:spacing w:after="120"/>
    </w:pPr>
  </w:style>
  <w:style w:type="character" w:styleId="TekstpodstawowyZnak" w:customStyle="1">
    <w:name w:val="Tekst podstawowy Znak"/>
    <w:basedOn w:val="Domylnaczcionkaakapitu"/>
    <w:link w:val="Tekstpodstawowy"/>
    <w:uiPriority w:val="99"/>
    <w:rsid w:val="00AA1D8D"/>
  </w:style>
  <w:style w:type="paragraph" w:styleId="Tekstpodstawowy2">
    <w:uiPriority w:val="99"/>
    <w:name w:val="Body Text 2"/>
    <w:basedOn w:val="Normalny"/>
    <w:unhideWhenUsed/>
    <w:link w:val="Tekstpodstawowy2Znak"/>
    <w:rsid w:val="1250BA89"/>
    <w:pPr>
      <w:spacing w:after="120"/>
    </w:pPr>
  </w:style>
  <w:style w:type="character" w:styleId="Tekstpodstawowy2Znak" w:customStyle="1">
    <w:name w:val="Tekst podstawowy 2 Znak"/>
    <w:basedOn w:val="Domylnaczcionkaakapitu"/>
    <w:link w:val="Tekstpodstawowy2"/>
    <w:uiPriority w:val="99"/>
    <w:rsid w:val="00AA1D8D"/>
  </w:style>
  <w:style w:type="paragraph" w:styleId="Tekstpodstawowy3">
    <w:uiPriority w:val="99"/>
    <w:name w:val="Body Text 3"/>
    <w:basedOn w:val="Normalny"/>
    <w:unhideWhenUsed/>
    <w:link w:val="Tekstpodstawowy3Znak"/>
    <w:rsid w:val="1250BA89"/>
    <w:rPr>
      <w:sz w:val="16"/>
      <w:szCs w:val="16"/>
    </w:rPr>
    <w:pPr>
      <w:spacing w:after="120"/>
    </w:pPr>
  </w:style>
  <w:style w:type="character" w:styleId="Tekstpodstawowy3Znak" w:customStyle="1">
    <w:name w:val="Tekst podstawowy 3 Znak"/>
    <w:basedOn w:val="Domylnaczcionkaakapitu"/>
    <w:link w:val="Tekstpodstawowy3"/>
    <w:uiPriority w:val="99"/>
    <w:rsid w:val="00AA1D8D"/>
    <w:rPr>
      <w:sz w:val="16"/>
      <w:szCs w:val="16"/>
    </w:rPr>
  </w:style>
  <w:style w:type="paragraph" w:styleId="Lista">
    <w:uiPriority w:val="99"/>
    <w:name w:val="List"/>
    <w:basedOn w:val="Normalny"/>
    <w:unhideWhenUsed/>
    <w:rsid w:val="1250BA89"/>
    <w:pPr>
      <w:spacing/>
      <w:ind w:left="360" w:hanging="360"/>
      <w:contextualSpacing/>
    </w:pPr>
  </w:style>
  <w:style w:type="paragraph" w:styleId="Lista2">
    <w:uiPriority w:val="99"/>
    <w:name w:val="List 2"/>
    <w:basedOn w:val="Normalny"/>
    <w:unhideWhenUsed/>
    <w:rsid w:val="1250BA89"/>
    <w:pPr>
      <w:spacing/>
      <w:ind w:left="720" w:hanging="360"/>
      <w:contextualSpacing/>
    </w:pPr>
  </w:style>
  <w:style w:type="paragraph" w:styleId="Lista3">
    <w:uiPriority w:val="99"/>
    <w:name w:val="List 3"/>
    <w:basedOn w:val="Normalny"/>
    <w:unhideWhenUsed/>
    <w:rsid w:val="1250BA89"/>
    <w:pPr>
      <w:spacing/>
      <w:ind w:left="1080" w:hanging="360"/>
      <w:contextualSpacing/>
    </w:pPr>
  </w:style>
  <w:style w:type="paragraph" w:styleId="Listapunktowana">
    <w:uiPriority w:val="99"/>
    <w:name w:val="List Bullet"/>
    <w:basedOn w:val="Normalny"/>
    <w:unhideWhenUsed/>
    <w:rsid w:val="1250BA89"/>
    <w:pPr>
      <w:numPr>
        <w:numId w:val="1"/>
      </w:numPr>
      <w:spacing/>
      <w:contextualSpacing/>
    </w:pPr>
  </w:style>
  <w:style w:type="paragraph" w:styleId="Listapunktowana2">
    <w:uiPriority w:val="99"/>
    <w:name w:val="List Bullet 2"/>
    <w:basedOn w:val="Normalny"/>
    <w:unhideWhenUsed/>
    <w:rsid w:val="1250BA89"/>
    <w:pPr>
      <w:numPr>
        <w:numId w:val="2"/>
      </w:numPr>
      <w:spacing/>
      <w:contextualSpacing/>
    </w:pPr>
  </w:style>
  <w:style w:type="paragraph" w:styleId="Listapunktowana3">
    <w:uiPriority w:val="99"/>
    <w:name w:val="List Bullet 3"/>
    <w:basedOn w:val="Normalny"/>
    <w:unhideWhenUsed/>
    <w:rsid w:val="1250BA89"/>
    <w:pPr>
      <w:numPr>
        <w:numId w:val="3"/>
      </w:numPr>
      <w:spacing/>
      <w:contextualSpacing/>
    </w:pPr>
  </w:style>
  <w:style w:type="paragraph" w:styleId="Listanumerowana">
    <w:uiPriority w:val="99"/>
    <w:name w:val="List Number"/>
    <w:basedOn w:val="Normalny"/>
    <w:unhideWhenUsed/>
    <w:rsid w:val="1250BA89"/>
    <w:pPr>
      <w:numPr>
        <w:numId w:val="5"/>
      </w:numPr>
      <w:spacing/>
      <w:contextualSpacing/>
    </w:pPr>
  </w:style>
  <w:style w:type="paragraph" w:styleId="Listanumerowana2">
    <w:uiPriority w:val="99"/>
    <w:name w:val="List Number 2"/>
    <w:basedOn w:val="Normalny"/>
    <w:unhideWhenUsed/>
    <w:rsid w:val="1250BA89"/>
    <w:pPr>
      <w:numPr>
        <w:numId w:val="6"/>
      </w:numPr>
      <w:spacing/>
      <w:contextualSpacing/>
    </w:pPr>
  </w:style>
  <w:style w:type="paragraph" w:styleId="Listanumerowana3">
    <w:uiPriority w:val="99"/>
    <w:name w:val="List Number 3"/>
    <w:basedOn w:val="Normalny"/>
    <w:unhideWhenUsed/>
    <w:rsid w:val="1250BA89"/>
    <w:pPr>
      <w:numPr>
        <w:numId w:val="7"/>
      </w:numPr>
      <w:spacing/>
      <w:contextualSpacing/>
    </w:pPr>
  </w:style>
  <w:style w:type="paragraph" w:styleId="Lista-kontynuacja">
    <w:uiPriority w:val="99"/>
    <w:name w:val="List Continue"/>
    <w:basedOn w:val="Normalny"/>
    <w:unhideWhenUsed/>
    <w:rsid w:val="1250BA89"/>
    <w:pPr>
      <w:spacing w:after="120"/>
      <w:ind w:left="360"/>
      <w:contextualSpacing/>
    </w:pPr>
  </w:style>
  <w:style w:type="paragraph" w:styleId="Lista-kontynuacja2">
    <w:uiPriority w:val="99"/>
    <w:name w:val="List Continue 2"/>
    <w:basedOn w:val="Normalny"/>
    <w:unhideWhenUsed/>
    <w:rsid w:val="1250BA89"/>
    <w:pPr>
      <w:spacing w:after="120"/>
      <w:ind w:left="720"/>
      <w:contextualSpacing/>
    </w:pPr>
  </w:style>
  <w:style w:type="paragraph" w:styleId="Lista-kontynuacja3">
    <w:uiPriority w:val="99"/>
    <w:name w:val="List Continue 3"/>
    <w:basedOn w:val="Normalny"/>
    <w:unhideWhenUsed/>
    <w:rsid w:val="1250BA89"/>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kstmakraZnak" w:customStyle="1">
    <w:name w:val="Tekst makra Znak"/>
    <w:basedOn w:val="Domylnaczcionkaakapitu"/>
    <w:link w:val="Tekstmakra"/>
    <w:uiPriority w:val="99"/>
    <w:rsid w:val="0029639D"/>
    <w:rPr>
      <w:rFonts w:ascii="Courier" w:hAnsi="Courier"/>
      <w:sz w:val="20"/>
      <w:szCs w:val="20"/>
    </w:rPr>
  </w:style>
  <w:style w:type="paragraph" w:styleId="Cytat">
    <w:uiPriority w:val="29"/>
    <w:name w:val="Quote"/>
    <w:basedOn w:val="Normalny"/>
    <w:next w:val="Normalny"/>
    <w:link w:val="CytatZnak"/>
    <w:qFormat/>
    <w:rsid w:val="1250BA89"/>
    <w:rPr>
      <w:i w:val="1"/>
      <w:iCs w:val="1"/>
      <w:color w:val="000000" w:themeColor="text1" w:themeTint="FF" w:themeShade="FF"/>
    </w:rPr>
  </w:style>
  <w:style w:type="character" w:styleId="CytatZnak" w:customStyle="1">
    <w:name w:val="Cytat Znak"/>
    <w:basedOn w:val="Domylnaczcionkaakapitu"/>
    <w:link w:val="Cytat"/>
    <w:uiPriority w:val="29"/>
    <w:rsid w:val="00FC693F"/>
    <w:rPr>
      <w:i/>
      <w:iCs/>
      <w:color w:val="000000" w:themeColor="text1"/>
    </w:rPr>
  </w:style>
  <w:style w:type="character" w:styleId="Nagwek4Znak" w:customStyle="1">
    <w:name w:val="Nagłówek 4 Znak"/>
    <w:basedOn w:val="Domylnaczcionkaakapitu"/>
    <w:link w:val="Nagwek4"/>
    <w:uiPriority w:val="9"/>
    <w:semiHidden/>
    <w:rsid w:val="00FC693F"/>
    <w:rPr>
      <w:rFonts w:asciiTheme="majorHAnsi" w:hAnsiTheme="majorHAnsi" w:eastAsiaTheme="majorEastAsia" w:cstheme="majorBidi"/>
      <w:b/>
      <w:bCs/>
      <w:i/>
      <w:iCs/>
      <w:color w:val="4F81BD" w:themeColor="accent1"/>
    </w:rPr>
  </w:style>
  <w:style w:type="character" w:styleId="Nagwek5Znak" w:customStyle="1">
    <w:name w:val="Nagłówek 5 Znak"/>
    <w:basedOn w:val="Domylnaczcionkaakapitu"/>
    <w:link w:val="Nagwek5"/>
    <w:uiPriority w:val="9"/>
    <w:semiHidden/>
    <w:rsid w:val="00FC693F"/>
    <w:rPr>
      <w:rFonts w:asciiTheme="majorHAnsi" w:hAnsiTheme="majorHAnsi" w:eastAsiaTheme="majorEastAsia" w:cstheme="majorBidi"/>
      <w:color w:val="243F60" w:themeColor="accent1" w:themeShade="7F"/>
    </w:rPr>
  </w:style>
  <w:style w:type="character" w:styleId="Nagwek6Znak" w:customStyle="1">
    <w:name w:val="Nagłówek 6 Znak"/>
    <w:basedOn w:val="Domylnaczcionkaakapitu"/>
    <w:link w:val="Nagwek6"/>
    <w:uiPriority w:val="9"/>
    <w:semiHidden/>
    <w:rsid w:val="00FC693F"/>
    <w:rPr>
      <w:rFonts w:asciiTheme="majorHAnsi" w:hAnsiTheme="majorHAnsi" w:eastAsiaTheme="majorEastAsia" w:cstheme="majorBidi"/>
      <w:i/>
      <w:iCs/>
      <w:color w:val="243F60" w:themeColor="accent1" w:themeShade="7F"/>
    </w:rPr>
  </w:style>
  <w:style w:type="character" w:styleId="Nagwek7Znak" w:customStyle="1">
    <w:name w:val="Nagłówek 7 Znak"/>
    <w:basedOn w:val="Domylnaczcionkaakapitu"/>
    <w:link w:val="Nagwek7"/>
    <w:uiPriority w:val="9"/>
    <w:semiHidden/>
    <w:rsid w:val="00FC693F"/>
    <w:rPr>
      <w:rFonts w:asciiTheme="majorHAnsi" w:hAnsiTheme="majorHAnsi" w:eastAsiaTheme="majorEastAsia" w:cstheme="majorBidi"/>
      <w:i/>
      <w:iCs/>
      <w:color w:val="404040" w:themeColor="text1" w:themeTint="BF"/>
    </w:rPr>
  </w:style>
  <w:style w:type="character" w:styleId="Nagwek8Znak" w:customStyle="1">
    <w:name w:val="Nagłówek 8 Znak"/>
    <w:basedOn w:val="Domylnaczcionkaakapitu"/>
    <w:link w:val="Nagwek8"/>
    <w:uiPriority w:val="9"/>
    <w:semiHidden/>
    <w:rsid w:val="00FC693F"/>
    <w:rPr>
      <w:rFonts w:asciiTheme="majorHAnsi" w:hAnsiTheme="majorHAnsi" w:eastAsiaTheme="majorEastAsia" w:cstheme="majorBidi"/>
      <w:color w:val="4F81BD" w:themeColor="accent1"/>
      <w:sz w:val="20"/>
      <w:szCs w:val="20"/>
    </w:rPr>
  </w:style>
  <w:style w:type="character" w:styleId="Nagwek9Znak" w:customStyle="1">
    <w:name w:val="Nagłówek 9 Znak"/>
    <w:basedOn w:val="Domylnaczcionkaakapitu"/>
    <w:link w:val="Nagwek9"/>
    <w:uiPriority w:val="9"/>
    <w:semiHidden/>
    <w:rsid w:val="00FC693F"/>
    <w:rPr>
      <w:rFonts w:asciiTheme="majorHAnsi" w:hAnsiTheme="majorHAnsi" w:eastAsiaTheme="majorEastAsia" w:cstheme="majorBidi"/>
      <w:i/>
      <w:iCs/>
      <w:color w:val="404040" w:themeColor="text1" w:themeTint="BF"/>
      <w:sz w:val="20"/>
      <w:szCs w:val="20"/>
    </w:rPr>
  </w:style>
  <w:style w:type="paragraph" w:styleId="Legenda">
    <w:uiPriority w:val="35"/>
    <w:name w:val="caption"/>
    <w:basedOn w:val="Normalny"/>
    <w:next w:val="Normalny"/>
    <w:semiHidden/>
    <w:unhideWhenUsed/>
    <w:qFormat/>
    <w:rsid w:val="1250BA89"/>
    <w:rPr>
      <w:b w:val="1"/>
      <w:bCs w:val="1"/>
      <w:color w:val="4F81BD" w:themeColor="accent1" w:themeTint="FF" w:themeShade="FF"/>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uiPriority w:val="30"/>
    <w:name w:val="Intense Quote"/>
    <w:basedOn w:val="Normalny"/>
    <w:next w:val="Normalny"/>
    <w:link w:val="CytatintensywnyZnak"/>
    <w:qFormat/>
    <w:rsid w:val="1250BA89"/>
    <w:rPr>
      <w:b w:val="1"/>
      <w:bCs w:val="1"/>
      <w:i w:val="1"/>
      <w:iCs w:val="1"/>
      <w:color w:val="4F81BD" w:themeColor="accent1" w:themeTint="FF" w:themeShade="FF"/>
    </w:rPr>
    <w:pPr>
      <w:pBdr>
        <w:bottom w:val="single" w:color="4F81BD" w:themeColor="accent1" w:sz="4" w:space="4"/>
      </w:pBdr>
      <w:spacing w:before="200" w:after="280"/>
      <w:ind w:left="936" w:right="936"/>
    </w:pPr>
  </w:style>
  <w:style w:type="character" w:styleId="CytatintensywnyZnak" w:customStyle="1">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mallNote" w:customStyle="1">
    <w:name w:val="Small Note"/>
    <w:rPr>
      <w:rFonts w:ascii="Arial" w:hAnsi="Arial" w:eastAsia="Arial"/>
      <w:i/>
      <w:color w:val="5A5A5A"/>
      <w:sz w:val="17"/>
    </w:rPr>
  </w:style>
  <w:style w:type="character" w:styleId="Hipercze">
    <w:name w:val="Hyperlink"/>
    <w:basedOn w:val="Domylnaczcionkaakapitu"/>
    <w:uiPriority w:val="99"/>
    <w:unhideWhenUsed/>
    <w:rsid w:val="004D65B9"/>
    <w:rPr>
      <w:color w:val="0000FF" w:themeColor="hyperlink"/>
      <w:u w:val="single"/>
    </w:rPr>
  </w:style>
  <w:style w:type="character" w:styleId="Nierozpoznanawzmianka">
    <w:name w:val="Unresolved Mention"/>
    <w:basedOn w:val="Domylnaczcionkaakapitu"/>
    <w:uiPriority w:val="99"/>
    <w:semiHidden/>
    <w:unhideWhenUsed/>
    <w:rsid w:val="004D65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14" /><Relationship Type="http://schemas.openxmlformats.org/officeDocument/2006/relationships/hyperlink" Target="mailto:klub@rkathletics.com" TargetMode="External" Id="Rbe50e7eeb51d4844" /><Relationship Type="http://schemas.openxmlformats.org/officeDocument/2006/relationships/hyperlink" Target="mailto:klub@rkathletics.com" TargetMode="External" Id="R0d591b58062e45c4" /><Relationship Type="http://schemas.openxmlformats.org/officeDocument/2006/relationships/image" Target="/media/image4.png" Id="rId2081310361" /><Relationship Type="http://schemas.openxmlformats.org/officeDocument/2006/relationships/hyperlink" Target="https://meets.rosterathletics.com/public/competitions/details/registration?id=29845" TargetMode="External" Id="R7805426c9c2a4cb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Marek Jendrych</lastModifiedBy>
  <revision>5</revision>
  <dcterms:created xsi:type="dcterms:W3CDTF">2026-09-10T07:05:00.0000000Z</dcterms:created>
  <dcterms:modified xsi:type="dcterms:W3CDTF">2026-09-15T06:03:15.6570228Z</dcterms:modified>
  <category/>
</coreProperties>
</file>